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23247" w14:textId="77777777" w:rsidR="000D2DAC" w:rsidRPr="000907B9" w:rsidRDefault="00923471">
      <w:pPr>
        <w:pStyle w:val="Title"/>
        <w:rPr>
          <w:rFonts w:ascii="Baskerville" w:hAnsi="Baskerville"/>
          <w:color w:val="D99594" w:themeColor="accent2" w:themeTint="99"/>
        </w:rPr>
      </w:pPr>
      <w:r w:rsidRPr="000907B9">
        <w:rPr>
          <w:rFonts w:ascii="Baskerville" w:hAnsi="Baskerville"/>
          <w:color w:val="D99594" w:themeColor="accent2" w:themeTint="99"/>
        </w:rPr>
        <w:t>June 2025 | Anchored in Rest &amp; Reset</w:t>
      </w:r>
    </w:p>
    <w:p w14:paraId="5F799E7A" w14:textId="77777777" w:rsidR="00E67F15" w:rsidRDefault="00923471">
      <w:r>
        <w:t xml:space="preserve">This month, </w:t>
      </w:r>
      <w:bookmarkStart w:id="0" w:name="_Int_KuwxjwVU"/>
      <w:r>
        <w:t>we’re</w:t>
      </w:r>
      <w:bookmarkEnd w:id="0"/>
      <w:r>
        <w:t xml:space="preserve"> anchoring in a new rhythm—one of rest, renewal, and realignment. </w:t>
      </w:r>
      <w:bookmarkStart w:id="1" w:name="_Int_OyR36ZpF"/>
      <w:r>
        <w:t>We’re</w:t>
      </w:r>
      <w:bookmarkEnd w:id="1"/>
      <w:r>
        <w:t xml:space="preserve"> not striving to please God; </w:t>
      </w:r>
      <w:bookmarkStart w:id="2" w:name="_Int_wO0JuU5S"/>
      <w:r>
        <w:t>we’re</w:t>
      </w:r>
      <w:bookmarkEnd w:id="2"/>
      <w:r>
        <w:t xml:space="preserve"> learning to obey Him from a place of trust. Because obedience is rest. And reset begins with surrender</w:t>
      </w:r>
      <w:r w:rsidR="00E67F15">
        <w:t>:</w:t>
      </w:r>
    </w:p>
    <w:p w14:paraId="62BA6CD4" w14:textId="6DA74BF8" w:rsidR="00CA7C7D" w:rsidRDefault="00923471">
      <w:r>
        <w:t>God is inviting us to pause, breathe, listen—and walk in step with Him again.</w:t>
      </w:r>
    </w:p>
    <w:p w14:paraId="231C47E0" w14:textId="77777777" w:rsidR="00CA7C7D" w:rsidRPr="00CA7C7D" w:rsidRDefault="00CA7C7D" w:rsidP="00EE290E">
      <w:pPr>
        <w:rPr>
          <w:b/>
          <w:bCs/>
        </w:rPr>
      </w:pPr>
      <w:r w:rsidRPr="00CA7C7D">
        <w:rPr>
          <w:b/>
          <w:bCs/>
        </w:rPr>
        <w:t>Daily I will be reminded that: “My rest is obedience. My stillness is trust. My surrender is strength.”</w:t>
      </w:r>
    </w:p>
    <w:p w14:paraId="4C63DFA0" w14:textId="77777777" w:rsidR="000D2DAC" w:rsidRPr="00E67F15" w:rsidRDefault="00923471">
      <w:pPr>
        <w:pStyle w:val="Heading1"/>
        <w:rPr>
          <w:rFonts w:ascii="Aldhabi" w:hAnsi="Aldhabi" w:cs="Aldhabi"/>
          <w:color w:val="D99594" w:themeColor="accent2" w:themeTint="99"/>
          <w:sz w:val="38"/>
          <w:szCs w:val="38"/>
        </w:rPr>
      </w:pPr>
      <w:r w:rsidRPr="00E67F15">
        <w:rPr>
          <w:rFonts w:ascii="Aldhabi" w:hAnsi="Aldhabi" w:cs="Aldhabi" w:hint="cs"/>
          <w:color w:val="D99594" w:themeColor="accent2" w:themeTint="99"/>
          <w:sz w:val="38"/>
          <w:szCs w:val="38"/>
        </w:rPr>
        <w:t>Foundational Scriptures</w:t>
      </w:r>
    </w:p>
    <w:p w14:paraId="2E86EDAB" w14:textId="77777777" w:rsidR="000D2DAC" w:rsidRDefault="00923471">
      <w:r>
        <w:t>Hebrews 4:10 (NIV) – “For anyone who enters God’s rest also rests from their works, just as God did from His.”</w:t>
      </w:r>
    </w:p>
    <w:p w14:paraId="09588C38" w14:textId="77777777" w:rsidR="000D2DAC" w:rsidRDefault="00923471">
      <w:r>
        <w:t>Deuteronomy 5:33 (NIV) – “Walk in obedience to all that the Lord your God has commanded you, so that you may live and prosper…”</w:t>
      </w:r>
    </w:p>
    <w:p w14:paraId="250804AE" w14:textId="77777777" w:rsidR="000D2DAC" w:rsidRPr="00C02A9C" w:rsidRDefault="00923471">
      <w:pPr>
        <w:pStyle w:val="Heading2"/>
        <w:rPr>
          <w:rFonts w:ascii="Aldhabi" w:hAnsi="Aldhabi" w:cs="Aldhabi"/>
          <w:color w:val="D99594" w:themeColor="accent2" w:themeTint="99"/>
          <w:sz w:val="34"/>
          <w:szCs w:val="34"/>
          <w:u w:val="single"/>
        </w:rPr>
      </w:pPr>
      <w:r w:rsidRPr="00C02A9C">
        <w:rPr>
          <w:rFonts w:ascii="Aldhabi" w:hAnsi="Aldhabi" w:cs="Aldhabi" w:hint="cs"/>
          <w:color w:val="D99594" w:themeColor="accent2" w:themeTint="99"/>
          <w:sz w:val="34"/>
          <w:szCs w:val="34"/>
          <w:u w:val="single"/>
        </w:rPr>
        <w:t>Week 1: The Gift of Rest</w:t>
      </w:r>
    </w:p>
    <w:p w14:paraId="3FA853DD" w14:textId="77777777" w:rsidR="000D2DAC" w:rsidRDefault="00923471">
      <w:r>
        <w:t>Scripture: Matthew 11:28-30</w:t>
      </w:r>
    </w:p>
    <w:p w14:paraId="37A61828" w14:textId="77777777" w:rsidR="000D2DAC" w:rsidRDefault="00923471">
      <w:r>
        <w:t>Rest is not laziness—it’s obedience. God invites us to lay down our burdens and find rest in Him.</w:t>
      </w:r>
    </w:p>
    <w:p w14:paraId="79F98C52" w14:textId="77777777" w:rsidR="000D2DAC" w:rsidRDefault="00923471">
      <w:r>
        <w:t>Reflection Questions:</w:t>
      </w:r>
    </w:p>
    <w:p w14:paraId="7589252A" w14:textId="77777777" w:rsidR="000D2DAC" w:rsidRDefault="00923471">
      <w:r>
        <w:t>- What is God asking me to lay down this week?</w:t>
      </w:r>
    </w:p>
    <w:p w14:paraId="710B5A94" w14:textId="6469D5AF" w:rsidR="000D2DAC" w:rsidRDefault="00923471">
      <w:r>
        <w:t>- Where do I need to trust His pace and plan?</w:t>
      </w:r>
    </w:p>
    <w:p w14:paraId="5B9ED733" w14:textId="77777777" w:rsidR="000D2DAC" w:rsidRPr="00C02A9C" w:rsidRDefault="00923471">
      <w:pPr>
        <w:pStyle w:val="Heading2"/>
        <w:rPr>
          <w:rFonts w:ascii="Aldhabi" w:hAnsi="Aldhabi" w:cs="Aldhabi"/>
          <w:color w:val="D99594" w:themeColor="accent2" w:themeTint="99"/>
          <w:sz w:val="34"/>
          <w:szCs w:val="34"/>
          <w:u w:val="single"/>
        </w:rPr>
      </w:pPr>
      <w:r w:rsidRPr="00C02A9C">
        <w:rPr>
          <w:rFonts w:ascii="Aldhabi" w:hAnsi="Aldhabi" w:cs="Aldhabi" w:hint="cs"/>
          <w:color w:val="D99594" w:themeColor="accent2" w:themeTint="99"/>
          <w:sz w:val="34"/>
          <w:szCs w:val="34"/>
          <w:u w:val="single"/>
        </w:rPr>
        <w:t>Week 2: Reset Begins with Surrender</w:t>
      </w:r>
    </w:p>
    <w:p w14:paraId="77B2ADE5" w14:textId="77777777" w:rsidR="000D2DAC" w:rsidRDefault="00923471">
      <w:r>
        <w:t>Scripture: Psalm 23:1-3</w:t>
      </w:r>
    </w:p>
    <w:p w14:paraId="1CC61963" w14:textId="77777777" w:rsidR="000D2DAC" w:rsidRDefault="00923471">
      <w:r>
        <w:t>We can’t reset on the run. To be restored, we must allow the Shepherd to lead.</w:t>
      </w:r>
    </w:p>
    <w:p w14:paraId="76C8B3B8" w14:textId="77777777" w:rsidR="000D2DAC" w:rsidRDefault="00923471">
      <w:r>
        <w:t>Reflection Questions:</w:t>
      </w:r>
    </w:p>
    <w:p w14:paraId="0CA381FF" w14:textId="77777777" w:rsidR="000D2DAC" w:rsidRDefault="00923471">
      <w:r>
        <w:t>- What is God asking me to lay down this week?</w:t>
      </w:r>
    </w:p>
    <w:p w14:paraId="77BED98B" w14:textId="77777777" w:rsidR="000D2DAC" w:rsidRDefault="00923471">
      <w:r>
        <w:lastRenderedPageBreak/>
        <w:t>- Where do I need to trust His pace and plan?</w:t>
      </w:r>
    </w:p>
    <w:p w14:paraId="6FAC9564" w14:textId="77777777" w:rsidR="000D2DAC" w:rsidRDefault="000D2DAC"/>
    <w:p w14:paraId="4AEC0CBF" w14:textId="77777777" w:rsidR="000D2DAC" w:rsidRPr="009615C1" w:rsidRDefault="00923471">
      <w:pPr>
        <w:pStyle w:val="Heading2"/>
        <w:rPr>
          <w:rFonts w:ascii="Aldhabi" w:hAnsi="Aldhabi" w:cs="Aldhabi"/>
          <w:color w:val="D99594" w:themeColor="accent2" w:themeTint="99"/>
          <w:sz w:val="34"/>
          <w:szCs w:val="34"/>
          <w:u w:val="single"/>
        </w:rPr>
      </w:pPr>
      <w:r w:rsidRPr="009615C1">
        <w:rPr>
          <w:rFonts w:ascii="Aldhabi" w:hAnsi="Aldhabi" w:cs="Aldhabi" w:hint="cs"/>
          <w:color w:val="D99594" w:themeColor="accent2" w:themeTint="99"/>
          <w:sz w:val="34"/>
          <w:szCs w:val="34"/>
          <w:u w:val="single"/>
        </w:rPr>
        <w:t>Week 3: Obedience Over Outcome</w:t>
      </w:r>
    </w:p>
    <w:p w14:paraId="5CB1D91F" w14:textId="77777777" w:rsidR="000D2DAC" w:rsidRDefault="00923471">
      <w:r>
        <w:t>Scripture: 1 Samuel 15:22</w:t>
      </w:r>
    </w:p>
    <w:p w14:paraId="2DE35D05" w14:textId="77777777" w:rsidR="000D2DAC" w:rsidRDefault="00923471">
      <w:r>
        <w:t>God honors obedience more than our performance. Even if the result is unclear, our yes still matters.</w:t>
      </w:r>
    </w:p>
    <w:p w14:paraId="06744BBB" w14:textId="77777777" w:rsidR="000D2DAC" w:rsidRDefault="00923471">
      <w:r>
        <w:t>Reflection Questions:</w:t>
      </w:r>
    </w:p>
    <w:p w14:paraId="368A0047" w14:textId="77777777" w:rsidR="000D2DAC" w:rsidRDefault="00923471">
      <w:r>
        <w:t xml:space="preserve">- What is God asking me to </w:t>
      </w:r>
      <w:r>
        <w:t>lay down this week?</w:t>
      </w:r>
    </w:p>
    <w:p w14:paraId="22C68AD6" w14:textId="3EA4C71C" w:rsidR="000D2DAC" w:rsidRDefault="00923471">
      <w:r>
        <w:t>- Where do I need to trust His pace and plan?</w:t>
      </w:r>
    </w:p>
    <w:p w14:paraId="35C902F1" w14:textId="77777777" w:rsidR="000D2DAC" w:rsidRPr="00044E09" w:rsidRDefault="00923471">
      <w:pPr>
        <w:pStyle w:val="Heading2"/>
        <w:rPr>
          <w:rFonts w:ascii="Aldhabi" w:hAnsi="Aldhabi" w:cs="Aldhabi"/>
          <w:color w:val="D99594" w:themeColor="accent2" w:themeTint="99"/>
          <w:sz w:val="34"/>
          <w:szCs w:val="34"/>
          <w:u w:val="single"/>
        </w:rPr>
      </w:pPr>
      <w:r w:rsidRPr="00044E09">
        <w:rPr>
          <w:rFonts w:ascii="Aldhabi" w:hAnsi="Aldhabi" w:cs="Aldhabi" w:hint="cs"/>
          <w:color w:val="D99594" w:themeColor="accent2" w:themeTint="99"/>
          <w:sz w:val="34"/>
          <w:szCs w:val="34"/>
          <w:u w:val="single"/>
        </w:rPr>
        <w:t>Week 4: Walking by Faith in the Quiet</w:t>
      </w:r>
    </w:p>
    <w:p w14:paraId="7B82B129" w14:textId="77777777" w:rsidR="000D2DAC" w:rsidRDefault="00923471">
      <w:r>
        <w:t>Scripture: Hebrews 11:1</w:t>
      </w:r>
    </w:p>
    <w:p w14:paraId="5FD37B63" w14:textId="77777777" w:rsidR="000D2DAC" w:rsidRDefault="00923471">
      <w:r>
        <w:t>Faith doesn’t always feel like progress. But resting, waiting, and listening are faith-filled moves too.</w:t>
      </w:r>
    </w:p>
    <w:p w14:paraId="4F316ACB" w14:textId="77777777" w:rsidR="000D2DAC" w:rsidRDefault="00923471">
      <w:r>
        <w:t xml:space="preserve">Reflection </w:t>
      </w:r>
      <w:r>
        <w:t>Questions:</w:t>
      </w:r>
    </w:p>
    <w:p w14:paraId="35DAC1D1" w14:textId="77777777" w:rsidR="000D2DAC" w:rsidRDefault="00923471">
      <w:r>
        <w:t>- What is God asking me to lay down this week?</w:t>
      </w:r>
    </w:p>
    <w:p w14:paraId="244A4120" w14:textId="77777777" w:rsidR="000D2DAC" w:rsidRDefault="00923471">
      <w:r>
        <w:t>- Where do I need to trust His pace and plan?</w:t>
      </w:r>
    </w:p>
    <w:p w14:paraId="4FB12611" w14:textId="77777777" w:rsidR="000D2DAC" w:rsidRDefault="000D2DAC"/>
    <w:p w14:paraId="5A0E31EA" w14:textId="77777777" w:rsidR="000D2DAC" w:rsidRPr="00044E09" w:rsidRDefault="00923471">
      <w:pPr>
        <w:pStyle w:val="Heading1"/>
        <w:rPr>
          <w:rFonts w:ascii="Baskerville" w:hAnsi="Baskerville"/>
          <w:color w:val="D99594" w:themeColor="accent2" w:themeTint="99"/>
        </w:rPr>
      </w:pPr>
      <w:r w:rsidRPr="00044E09">
        <w:rPr>
          <w:rFonts w:ascii="Baskerville" w:hAnsi="Baskerville"/>
          <w:color w:val="D99594" w:themeColor="accent2" w:themeTint="99"/>
        </w:rPr>
        <w:t>Declarations for Rest &amp; Obedience</w:t>
      </w:r>
    </w:p>
    <w:p w14:paraId="6D9DD2BE" w14:textId="77777777" w:rsidR="000D2DAC" w:rsidRDefault="00923471">
      <w:r>
        <w:t>• I surrender striving and choose God’s rhythm of grace.</w:t>
      </w:r>
    </w:p>
    <w:p w14:paraId="5AAAC313" w14:textId="77777777" w:rsidR="000D2DAC" w:rsidRDefault="00923471">
      <w:r>
        <w:t>• My rest is not a setback—it’s an act of trust.</w:t>
      </w:r>
    </w:p>
    <w:p w14:paraId="640A9A13" w14:textId="77777777" w:rsidR="000D2DAC" w:rsidRDefault="00923471">
      <w:r>
        <w:t>• I obey even when it’s quiet, because I trust who leads me.</w:t>
      </w:r>
    </w:p>
    <w:p w14:paraId="05C5B382" w14:textId="77777777" w:rsidR="000D2DAC" w:rsidRDefault="00923471">
      <w:r>
        <w:t>• I believe God is restoring me even when I pause.</w:t>
      </w:r>
    </w:p>
    <w:p w14:paraId="62303270" w14:textId="3863484E" w:rsidR="00CA7C7D" w:rsidRDefault="00923471">
      <w:r>
        <w:t>• I am anchored in peace, not pressure.</w:t>
      </w:r>
    </w:p>
    <w:p w14:paraId="4494A884" w14:textId="77777777" w:rsidR="000D2DAC" w:rsidRDefault="00923471">
      <w:r>
        <w:br w:type="page"/>
      </w:r>
    </w:p>
    <w:p w14:paraId="16119B42" w14:textId="77777777" w:rsidR="000D2DAC" w:rsidRPr="00C247FA" w:rsidRDefault="00923471">
      <w:pPr>
        <w:pStyle w:val="Heading1"/>
        <w:rPr>
          <w:rFonts w:asciiTheme="minorHAnsi" w:hAnsiTheme="minorHAnsi"/>
          <w:color w:val="D99594" w:themeColor="accent2" w:themeTint="99"/>
        </w:rPr>
      </w:pPr>
      <w:r w:rsidRPr="00C247FA">
        <w:rPr>
          <w:rFonts w:asciiTheme="minorHAnsi" w:hAnsiTheme="minorHAnsi"/>
          <w:color w:val="D99594" w:themeColor="accent2" w:themeTint="99"/>
        </w:rPr>
        <w:lastRenderedPageBreak/>
        <w:t>30-Day Scripture Journey: Rest, Reset &amp; Obedience</w:t>
      </w:r>
    </w:p>
    <w:p w14:paraId="3C7DFB82" w14:textId="77777777" w:rsidR="000D2DAC" w:rsidRDefault="00923471">
      <w:r>
        <w:t>Day 1: Matthew 11:28-30</w:t>
      </w:r>
    </w:p>
    <w:p w14:paraId="48267D79" w14:textId="77777777" w:rsidR="000D2DAC" w:rsidRDefault="00923471">
      <w:r>
        <w:t>Day 2: Psalm 23:1-3</w:t>
      </w:r>
    </w:p>
    <w:p w14:paraId="07A85D3B" w14:textId="77777777" w:rsidR="000D2DAC" w:rsidRDefault="00923471">
      <w:r>
        <w:t xml:space="preserve">Day 3: Exodus </w:t>
      </w:r>
      <w:r>
        <w:t>33:14</w:t>
      </w:r>
    </w:p>
    <w:p w14:paraId="610D64D7" w14:textId="77777777" w:rsidR="000D2DAC" w:rsidRDefault="00923471">
      <w:r>
        <w:t>Day 4: Isaiah 40:29-31</w:t>
      </w:r>
    </w:p>
    <w:p w14:paraId="59E28616" w14:textId="77777777" w:rsidR="000D2DAC" w:rsidRDefault="00923471">
      <w:r>
        <w:t>Day 5: Deuteronomy 5:33</w:t>
      </w:r>
    </w:p>
    <w:p w14:paraId="623EEF1A" w14:textId="77777777" w:rsidR="000D2DAC" w:rsidRDefault="00923471">
      <w:r>
        <w:t>Day 6: Hebrews 4:9-11</w:t>
      </w:r>
    </w:p>
    <w:p w14:paraId="2367B4FA" w14:textId="77777777" w:rsidR="000D2DAC" w:rsidRDefault="00923471">
      <w:r>
        <w:t>Day 7: Jeremiah 6:16</w:t>
      </w:r>
    </w:p>
    <w:p w14:paraId="5C96B050" w14:textId="77777777" w:rsidR="000D2DAC" w:rsidRDefault="00923471">
      <w:r>
        <w:t>Day 8: 1 Kings 19:11-12</w:t>
      </w:r>
    </w:p>
    <w:p w14:paraId="1BF6D092" w14:textId="77777777" w:rsidR="000D2DAC" w:rsidRDefault="00923471">
      <w:r>
        <w:t>Day 9: Philippians 4:6-7</w:t>
      </w:r>
    </w:p>
    <w:p w14:paraId="66AC2CE8" w14:textId="77777777" w:rsidR="000D2DAC" w:rsidRDefault="00923471">
      <w:r>
        <w:t>Day 10: Isaiah 26:3</w:t>
      </w:r>
    </w:p>
    <w:p w14:paraId="76439F23" w14:textId="77777777" w:rsidR="000D2DAC" w:rsidRDefault="00923471">
      <w:r>
        <w:t>Day 11: Psalm 46:10</w:t>
      </w:r>
    </w:p>
    <w:p w14:paraId="1B3D0045" w14:textId="77777777" w:rsidR="000D2DAC" w:rsidRDefault="00923471">
      <w:r>
        <w:t>Day 12: Proverbs 3:5-6</w:t>
      </w:r>
    </w:p>
    <w:p w14:paraId="0E4028F7" w14:textId="77777777" w:rsidR="000D2DAC" w:rsidRDefault="00923471">
      <w:r>
        <w:t>Day 13: Psalm 62:1</w:t>
      </w:r>
    </w:p>
    <w:p w14:paraId="4E7053A9" w14:textId="77777777" w:rsidR="000D2DAC" w:rsidRDefault="00923471">
      <w:r>
        <w:t>Day 14: Romans 12:1-2</w:t>
      </w:r>
    </w:p>
    <w:p w14:paraId="4646629F" w14:textId="77777777" w:rsidR="000D2DAC" w:rsidRDefault="00923471">
      <w:r>
        <w:t>Day 15: John 15:4-5</w:t>
      </w:r>
    </w:p>
    <w:p w14:paraId="15423AA4" w14:textId="77777777" w:rsidR="000D2DAC" w:rsidRDefault="00923471">
      <w:r>
        <w:t>Day 16: Psalm 127:2</w:t>
      </w:r>
    </w:p>
    <w:p w14:paraId="28D066FE" w14:textId="77777777" w:rsidR="000D2DAC" w:rsidRDefault="00923471">
      <w:r>
        <w:t>Day 17: 2 Corinthians 12:9</w:t>
      </w:r>
    </w:p>
    <w:p w14:paraId="5E0BE7B4" w14:textId="77777777" w:rsidR="000D2DAC" w:rsidRDefault="00923471">
      <w:r>
        <w:t>Day 18: Psalm 37:7</w:t>
      </w:r>
    </w:p>
    <w:p w14:paraId="09C4BE88" w14:textId="77777777" w:rsidR="000D2DAC" w:rsidRDefault="00923471">
      <w:r>
        <w:t>Day 19: Mark 6:31</w:t>
      </w:r>
    </w:p>
    <w:p w14:paraId="5BCE2E96" w14:textId="77777777" w:rsidR="000D2DAC" w:rsidRDefault="00923471">
      <w:r>
        <w:t>Day 20: Galatians 6:9</w:t>
      </w:r>
    </w:p>
    <w:p w14:paraId="0FDE1FC4" w14:textId="77777777" w:rsidR="000D2DAC" w:rsidRDefault="00923471">
      <w:r>
        <w:t>Day 21: Isaiah 30:15</w:t>
      </w:r>
    </w:p>
    <w:p w14:paraId="57754B90" w14:textId="77777777" w:rsidR="000D2DAC" w:rsidRDefault="00923471">
      <w:r>
        <w:t>Day 22: Hebrews 11:1</w:t>
      </w:r>
    </w:p>
    <w:p w14:paraId="49E0B757" w14:textId="77777777" w:rsidR="000D2DAC" w:rsidRDefault="00923471">
      <w:r>
        <w:t>Day 23: Psalm 91:1-2</w:t>
      </w:r>
    </w:p>
    <w:p w14:paraId="4CE67140" w14:textId="77777777" w:rsidR="000D2DAC" w:rsidRDefault="00923471">
      <w:r>
        <w:t>Day 24: Colossians 3:15</w:t>
      </w:r>
    </w:p>
    <w:p w14:paraId="3F938CA0" w14:textId="77777777" w:rsidR="000D2DAC" w:rsidRDefault="00923471">
      <w:r>
        <w:t>Day 25: 1 Peter 5:7</w:t>
      </w:r>
    </w:p>
    <w:p w14:paraId="1A86B0F1" w14:textId="77777777" w:rsidR="000D2DAC" w:rsidRDefault="00923471">
      <w:r>
        <w:lastRenderedPageBreak/>
        <w:t>Day 26: Deuteronomy 30:20</w:t>
      </w:r>
    </w:p>
    <w:p w14:paraId="3C3EC6B9" w14:textId="77777777" w:rsidR="000D2DAC" w:rsidRDefault="00923471">
      <w:r>
        <w:t>Day 27: Lamentations 3:22-24</w:t>
      </w:r>
    </w:p>
    <w:p w14:paraId="4F5A7163" w14:textId="77777777" w:rsidR="000D2DAC" w:rsidRDefault="00923471">
      <w:r>
        <w:t>Day 28: Ezekiel 36:26</w:t>
      </w:r>
    </w:p>
    <w:p w14:paraId="5BBCB60F" w14:textId="77777777" w:rsidR="000D2DAC" w:rsidRDefault="00923471">
      <w:r>
        <w:t>Day 29: Romans 8:6</w:t>
      </w:r>
    </w:p>
    <w:p w14:paraId="60A79F8A" w14:textId="77777777" w:rsidR="00845357" w:rsidRDefault="00923471" w:rsidP="00845357">
      <w:r>
        <w:t>Day 30: Psalm 19:7</w:t>
      </w:r>
    </w:p>
    <w:p w14:paraId="3540C5F1" w14:textId="77777777" w:rsidR="00845357" w:rsidRDefault="00845357" w:rsidP="00845357"/>
    <w:p w14:paraId="3153A973" w14:textId="19A049ED" w:rsidR="000D2DAC" w:rsidRPr="00845357" w:rsidRDefault="00923471" w:rsidP="00845357">
      <w:pPr>
        <w:rPr>
          <w:b/>
          <w:bCs/>
          <w:sz w:val="28"/>
          <w:szCs w:val="28"/>
        </w:rPr>
      </w:pPr>
      <w:r w:rsidRPr="00845357">
        <w:rPr>
          <w:b/>
          <w:bCs/>
          <w:color w:val="D99594" w:themeColor="accent2" w:themeTint="99"/>
          <w:sz w:val="28"/>
          <w:szCs w:val="28"/>
        </w:rPr>
        <w:t>Prayer Prompts for Rest &amp; Reset</w:t>
      </w:r>
    </w:p>
    <w:p w14:paraId="71987D89" w14:textId="77777777" w:rsidR="000D2DAC" w:rsidRDefault="00923471">
      <w:r>
        <w:t>• Lord, help me slow down and see You in the stillness.</w:t>
      </w:r>
    </w:p>
    <w:p w14:paraId="0214EC08" w14:textId="77777777" w:rsidR="000D2DAC" w:rsidRDefault="00923471">
      <w:r>
        <w:t>• God, I surrender my need to control and trust Your pace for my life.</w:t>
      </w:r>
    </w:p>
    <w:p w14:paraId="77AF9ABC" w14:textId="77777777" w:rsidR="000D2DAC" w:rsidRDefault="00923471">
      <w:r>
        <w:t>• Jesus, I receive the rest You offer and let go of what’s wearing me down.</w:t>
      </w:r>
    </w:p>
    <w:p w14:paraId="26D02878" w14:textId="77777777" w:rsidR="000D2DAC" w:rsidRDefault="00923471">
      <w:r>
        <w:t>• Holy Spirit, quiet my heart and guide me into Your peace.</w:t>
      </w:r>
    </w:p>
    <w:p w14:paraId="1AAD4BE7" w14:textId="77777777" w:rsidR="000D2DAC" w:rsidRDefault="00923471">
      <w:r>
        <w:t>• Father, show me how to obey You with joy, even in the waiting.</w:t>
      </w:r>
    </w:p>
    <w:p w14:paraId="05459B43" w14:textId="77777777" w:rsidR="000D2DAC" w:rsidRDefault="00923471">
      <w:r>
        <w:t>• God, remind me that Your timing is perfect, even when I don't understand it.</w:t>
      </w:r>
    </w:p>
    <w:p w14:paraId="5A62119C" w14:textId="77777777" w:rsidR="000D2DAC" w:rsidRDefault="00923471">
      <w:r>
        <w:t>• Lord, let my reset this month be rooted in Your truth and Your Word.</w:t>
      </w:r>
    </w:p>
    <w:p w14:paraId="067690D6" w14:textId="77777777" w:rsidR="00845357" w:rsidRDefault="00845357" w:rsidP="00845357"/>
    <w:p w14:paraId="66D062F9" w14:textId="612FEBD1" w:rsidR="000D2DAC" w:rsidRPr="00845357" w:rsidRDefault="00923471" w:rsidP="00845357">
      <w:pPr>
        <w:rPr>
          <w:b/>
          <w:bCs/>
          <w:sz w:val="28"/>
          <w:szCs w:val="28"/>
        </w:rPr>
      </w:pPr>
      <w:r w:rsidRPr="00845357">
        <w:rPr>
          <w:b/>
          <w:bCs/>
          <w:color w:val="D99594" w:themeColor="accent2" w:themeTint="99"/>
          <w:sz w:val="28"/>
          <w:szCs w:val="28"/>
        </w:rPr>
        <w:t>Guided Journal Pages</w:t>
      </w:r>
    </w:p>
    <w:p w14:paraId="6371D0BB" w14:textId="77777777" w:rsidR="000D2DAC" w:rsidRDefault="00923471">
      <w:r>
        <w:t>- Where have I been striving instead of trusting?</w:t>
      </w:r>
    </w:p>
    <w:p w14:paraId="206193D1" w14:textId="77777777" w:rsidR="000D2DAC" w:rsidRDefault="00923471">
      <w:r>
        <w:t>- What area of my life needs God's reset the most right now?</w:t>
      </w:r>
    </w:p>
    <w:p w14:paraId="5A707265" w14:textId="77777777" w:rsidR="000D2DAC" w:rsidRDefault="00923471">
      <w:r>
        <w:t>- What does obedience look like in this season?</w:t>
      </w:r>
    </w:p>
    <w:p w14:paraId="26E172BF" w14:textId="77777777" w:rsidR="000D2DAC" w:rsidRDefault="00923471">
      <w:r>
        <w:t>- How can I protect space for rest and reflection this month?</w:t>
      </w:r>
    </w:p>
    <w:p w14:paraId="31FBCC00" w14:textId="77777777" w:rsidR="000D2DAC" w:rsidRDefault="00923471">
      <w:r>
        <w:t>- What Scripture is anchoring me in this season?</w:t>
      </w:r>
    </w:p>
    <w:p w14:paraId="23CDE1D6" w14:textId="77777777" w:rsidR="000D2DAC" w:rsidRDefault="00923471">
      <w:r>
        <w:t>- How is God inviting me to surrender deeper?</w:t>
      </w:r>
    </w:p>
    <w:p w14:paraId="2C5D8D4F" w14:textId="77777777" w:rsidR="000D2DAC" w:rsidRDefault="00923471">
      <w:r>
        <w:br w:type="page"/>
      </w:r>
    </w:p>
    <w:p w14:paraId="1C02DCE1" w14:textId="77777777" w:rsidR="000D2DAC" w:rsidRPr="008B572C" w:rsidRDefault="00923471">
      <w:pPr>
        <w:pStyle w:val="Heading1"/>
        <w:rPr>
          <w:rFonts w:asciiTheme="minorHAnsi" w:hAnsiTheme="minorHAnsi"/>
          <w:color w:val="D99594" w:themeColor="accent2" w:themeTint="99"/>
        </w:rPr>
      </w:pPr>
      <w:r w:rsidRPr="008B572C">
        <w:rPr>
          <w:rFonts w:asciiTheme="minorHAnsi" w:hAnsiTheme="minorHAnsi"/>
          <w:color w:val="D99594" w:themeColor="accent2" w:themeTint="99"/>
        </w:rPr>
        <w:lastRenderedPageBreak/>
        <w:t>My Mid-Year Reset Plan</w:t>
      </w:r>
    </w:p>
    <w:p w14:paraId="34E05AA9" w14:textId="77777777" w:rsidR="000D2DAC" w:rsidRDefault="00923471">
      <w:r>
        <w:t>What do I need to release?</w:t>
      </w:r>
    </w:p>
    <w:p w14:paraId="1E02E4B5" w14:textId="77777777" w:rsidR="000D2DAC" w:rsidRDefault="00923471">
      <w:r>
        <w:t>__________________________________________________________________________</w:t>
      </w:r>
    </w:p>
    <w:p w14:paraId="700CA906" w14:textId="77777777" w:rsidR="000D2DAC" w:rsidRDefault="00923471">
      <w:r>
        <w:t>What does emotional/spiritual/physical reset look like for me?</w:t>
      </w:r>
    </w:p>
    <w:p w14:paraId="30BD5101" w14:textId="77777777" w:rsidR="000D2DAC" w:rsidRDefault="00923471">
      <w:r>
        <w:t>__________________________________________________________________________</w:t>
      </w:r>
    </w:p>
    <w:p w14:paraId="69D95692" w14:textId="77777777" w:rsidR="000D2DAC" w:rsidRDefault="00923471">
      <w:r>
        <w:t>New rhythms I want to embrace this month:</w:t>
      </w:r>
    </w:p>
    <w:p w14:paraId="51DB1C9E" w14:textId="77777777" w:rsidR="000D2DAC" w:rsidRDefault="00923471">
      <w:r>
        <w:t>__________________________________________________________________________</w:t>
      </w:r>
    </w:p>
    <w:p w14:paraId="4C54999A" w14:textId="77777777" w:rsidR="00845357" w:rsidRDefault="00845357" w:rsidP="00845357"/>
    <w:p w14:paraId="52926061" w14:textId="2D9871DB" w:rsidR="000D2DAC" w:rsidRPr="00845357" w:rsidRDefault="00923471" w:rsidP="00845357">
      <w:pPr>
        <w:rPr>
          <w:b/>
          <w:bCs/>
          <w:sz w:val="28"/>
          <w:szCs w:val="28"/>
        </w:rPr>
      </w:pPr>
      <w:r w:rsidRPr="00845357">
        <w:rPr>
          <w:b/>
          <w:bCs/>
          <w:color w:val="D99594" w:themeColor="accent2" w:themeTint="99"/>
          <w:sz w:val="28"/>
          <w:szCs w:val="28"/>
        </w:rPr>
        <w:t>Mid-Year Heart Check</w:t>
      </w:r>
    </w:p>
    <w:p w14:paraId="548850B7" w14:textId="77777777" w:rsidR="000D2DAC" w:rsidRDefault="00923471">
      <w:r>
        <w:t>- What has God revealed or shifted in the first half of the year?</w:t>
      </w:r>
    </w:p>
    <w:p w14:paraId="0C8D5067" w14:textId="77777777" w:rsidR="000D2DAC" w:rsidRDefault="00923471">
      <w:r>
        <w:t>- What areas of growth am I celebrating?</w:t>
      </w:r>
    </w:p>
    <w:p w14:paraId="245243AE" w14:textId="77777777" w:rsidR="000D2DAC" w:rsidRDefault="00923471">
      <w:r>
        <w:t>- Where is God calling me next?</w:t>
      </w:r>
    </w:p>
    <w:p w14:paraId="02FB2FE6" w14:textId="77777777" w:rsidR="000D2DAC" w:rsidRDefault="00923471">
      <w:r>
        <w:t>- How do I want to finish the second half of the year—spiritually and emotionally?</w:t>
      </w:r>
    </w:p>
    <w:p w14:paraId="528A0E78" w14:textId="77777777" w:rsidR="009E42BF" w:rsidRDefault="009E42BF" w:rsidP="009E42BF"/>
    <w:sectPr w:rsidR="009E42B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OyR36ZpF" int2:invalidationBookmarkName="" int2:hashCode="Q4d97gceSOj4ft" int2:id="FvV06Zu6">
      <int2:state int2:value="Rejected" int2:type="style"/>
    </int2:bookmark>
    <int2:bookmark int2:bookmarkName="_Int_KuwxjwVU" int2:invalidationBookmarkName="" int2:hashCode="mQFoH0eDtPX24L" int2:id="qOB7dqS1">
      <int2:state int2:value="Rejected" int2:type="style"/>
    </int2:bookmark>
    <int2:bookmark int2:bookmarkName="_Int_wO0JuU5S" int2:invalidationBookmarkName="" int2:hashCode="mQFoH0eDtPX24L" int2:id="4j0TlPwR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95986248">
    <w:abstractNumId w:val="8"/>
  </w:num>
  <w:num w:numId="2" w16cid:durableId="20055254">
    <w:abstractNumId w:val="6"/>
  </w:num>
  <w:num w:numId="3" w16cid:durableId="1977367889">
    <w:abstractNumId w:val="5"/>
  </w:num>
  <w:num w:numId="4" w16cid:durableId="1457799313">
    <w:abstractNumId w:val="4"/>
  </w:num>
  <w:num w:numId="5" w16cid:durableId="134494847">
    <w:abstractNumId w:val="7"/>
  </w:num>
  <w:num w:numId="6" w16cid:durableId="195315366">
    <w:abstractNumId w:val="3"/>
  </w:num>
  <w:num w:numId="7" w16cid:durableId="1844851997">
    <w:abstractNumId w:val="2"/>
  </w:num>
  <w:num w:numId="8" w16cid:durableId="180705010">
    <w:abstractNumId w:val="1"/>
  </w:num>
  <w:num w:numId="9" w16cid:durableId="658389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4E09"/>
    <w:rsid w:val="0006063C"/>
    <w:rsid w:val="000907B9"/>
    <w:rsid w:val="000D2DAC"/>
    <w:rsid w:val="0015074B"/>
    <w:rsid w:val="0029639D"/>
    <w:rsid w:val="00326F90"/>
    <w:rsid w:val="005A5429"/>
    <w:rsid w:val="00711F00"/>
    <w:rsid w:val="00763474"/>
    <w:rsid w:val="007F5363"/>
    <w:rsid w:val="00845357"/>
    <w:rsid w:val="00845D63"/>
    <w:rsid w:val="00865567"/>
    <w:rsid w:val="008B572C"/>
    <w:rsid w:val="00923471"/>
    <w:rsid w:val="00935494"/>
    <w:rsid w:val="009615C1"/>
    <w:rsid w:val="009E42BF"/>
    <w:rsid w:val="00AA1D8D"/>
    <w:rsid w:val="00B47730"/>
    <w:rsid w:val="00C02A9C"/>
    <w:rsid w:val="00C247FA"/>
    <w:rsid w:val="00CA7C7D"/>
    <w:rsid w:val="00CB0664"/>
    <w:rsid w:val="00D55567"/>
    <w:rsid w:val="00E67F1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D23216"/>
  <w14:defaultImageDpi w14:val="300"/>
  <w15:docId w15:val="{4DC2F8B2-8B66-6B43-80BA-DBF98EED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636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Amilia Honore</cp:lastModifiedBy>
  <cp:revision>2</cp:revision>
  <dcterms:created xsi:type="dcterms:W3CDTF">2025-05-31T15:34:00Z</dcterms:created>
  <dcterms:modified xsi:type="dcterms:W3CDTF">2025-05-31T15:34:00Z</dcterms:modified>
  <cp:category/>
</cp:coreProperties>
</file>