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3035E" w14:textId="77777777" w:rsidR="00D048A1" w:rsidRDefault="00000000">
      <w:pPr>
        <w:pStyle w:val="Title"/>
        <w:rPr>
          <w:rFonts w:ascii="Baskerville" w:hAnsi="Baskerville"/>
          <w:color w:val="D99594" w:themeColor="accent2" w:themeTint="99"/>
        </w:rPr>
      </w:pPr>
      <w:r w:rsidRPr="00D048A1">
        <w:rPr>
          <w:rFonts w:ascii="Baskerville" w:hAnsi="Baskerville"/>
          <w:color w:val="D99594" w:themeColor="accent2" w:themeTint="99"/>
        </w:rPr>
        <w:t xml:space="preserve">Discipline, Rest, and Reset: </w:t>
      </w:r>
    </w:p>
    <w:p w14:paraId="14EFA2D5" w14:textId="0B38098C" w:rsidR="00DB143B" w:rsidRPr="00D048A1" w:rsidRDefault="00000000">
      <w:pPr>
        <w:pStyle w:val="Title"/>
        <w:rPr>
          <w:rFonts w:ascii="Baskerville" w:hAnsi="Baskerville"/>
          <w:color w:val="D99594" w:themeColor="accent2" w:themeTint="99"/>
        </w:rPr>
      </w:pPr>
      <w:r w:rsidRPr="00D048A1">
        <w:rPr>
          <w:rFonts w:ascii="Baskerville" w:hAnsi="Baskerville"/>
          <w:color w:val="D99594" w:themeColor="accent2" w:themeTint="99"/>
        </w:rPr>
        <w:t>The FITT Way</w:t>
      </w:r>
    </w:p>
    <w:p w14:paraId="1447877C" w14:textId="77777777" w:rsidR="00C55BBC" w:rsidRDefault="00000000">
      <w:r>
        <w:t>Welcome to the FITT June Program: Discipline, Rest, and Reset.</w:t>
      </w:r>
      <w:r>
        <w:br/>
      </w:r>
      <w:r>
        <w:br/>
        <w:t>This 30-day experience is designed to help you align spiritually and physically with God’s rhythm. It includes daily devotionals, movement, and health challenges rooted in discipline and obedience</w:t>
      </w:r>
    </w:p>
    <w:p w14:paraId="48468298" w14:textId="4209FD4F" w:rsidR="00DB143B" w:rsidRDefault="00000000">
      <w:r>
        <w:t>Let this be the month you reset and rise.</w:t>
      </w:r>
    </w:p>
    <w:p w14:paraId="0E134C94" w14:textId="77777777" w:rsidR="00C55BBC" w:rsidRDefault="00C55BBC"/>
    <w:p w14:paraId="26646E70" w14:textId="77777777" w:rsidR="00C55BBC" w:rsidRDefault="00C55BBC"/>
    <w:p w14:paraId="0E89E59D" w14:textId="6BBCF2BE" w:rsidR="00DB143B" w:rsidRPr="00C55BBC" w:rsidRDefault="00000000" w:rsidP="00C55BBC">
      <w:pPr>
        <w:rPr>
          <w:b/>
          <w:bCs/>
          <w:color w:val="D99594" w:themeColor="accent2" w:themeTint="99"/>
          <w:sz w:val="28"/>
          <w:szCs w:val="28"/>
        </w:rPr>
      </w:pPr>
      <w:r w:rsidRPr="00C55BBC">
        <w:rPr>
          <w:b/>
          <w:bCs/>
          <w:color w:val="D99594" w:themeColor="accent2" w:themeTint="99"/>
          <w:sz w:val="28"/>
          <w:szCs w:val="28"/>
        </w:rPr>
        <w:t>Monthly Focus &amp; Theme</w:t>
      </w:r>
    </w:p>
    <w:p w14:paraId="5B3A6A3C" w14:textId="77777777" w:rsidR="00DB143B" w:rsidRPr="0023266A" w:rsidRDefault="00000000">
      <w:pPr>
        <w:rPr>
          <w:b/>
          <w:bCs/>
        </w:rPr>
      </w:pPr>
      <w:r w:rsidRPr="0023266A">
        <w:rPr>
          <w:b/>
          <w:bCs/>
        </w:rPr>
        <w:t>"Come to Me, all who are weary and burdened, and I will give you rest." – Matthew 11:28</w:t>
      </w:r>
      <w:r w:rsidRPr="0023266A">
        <w:rPr>
          <w:b/>
          <w:bCs/>
        </w:rPr>
        <w:br/>
        <w:t>Theme: "Discipline births transformation." – Hebrews 12:11</w:t>
      </w:r>
      <w:r w:rsidRPr="0023266A">
        <w:rPr>
          <w:b/>
          <w:bCs/>
        </w:rPr>
        <w:br/>
      </w:r>
    </w:p>
    <w:p w14:paraId="6B0A7475" w14:textId="77777777" w:rsidR="00DB143B" w:rsidRDefault="00000000">
      <w:r>
        <w:br w:type="page"/>
      </w:r>
    </w:p>
    <w:p w14:paraId="0B22A597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CB1A8D">
        <w:rPr>
          <w:rFonts w:asciiTheme="minorHAnsi" w:hAnsiTheme="minorHAnsi"/>
          <w:color w:val="D99594" w:themeColor="accent2" w:themeTint="99"/>
          <w:u w:val="single"/>
        </w:rPr>
        <w:lastRenderedPageBreak/>
        <w:t>Day 1: Detox the Spirit + Move the Body</w:t>
      </w:r>
    </w:p>
    <w:p w14:paraId="678F2A4F" w14:textId="77777777" w:rsidR="00CB1A8D" w:rsidRPr="00CB1A8D" w:rsidRDefault="00CB1A8D" w:rsidP="00CB1A8D"/>
    <w:p w14:paraId="4B3759B6" w14:textId="77777777" w:rsidR="00DB143B" w:rsidRDefault="00000000">
      <w:r>
        <w:t>Scripture: Romans 12:1</w:t>
      </w:r>
    </w:p>
    <w:p w14:paraId="25797C60" w14:textId="77777777" w:rsidR="00DB143B" w:rsidRDefault="00000000">
      <w:r>
        <w:t>Devotional Thought:</w:t>
      </w:r>
      <w:r>
        <w:br/>
        <w:t>Release what’s heavy and let God lead. Today, start fresh with discipline.</w:t>
      </w:r>
    </w:p>
    <w:p w14:paraId="40A53FDF" w14:textId="77777777" w:rsidR="00DB143B" w:rsidRDefault="00000000">
      <w:r>
        <w:t>Workout Options:</w:t>
      </w:r>
      <w:r>
        <w:br/>
        <w:t>Easy: 10 min walk</w:t>
      </w:r>
      <w:r>
        <w:br/>
        <w:t>Medium: 20 min bodyweight</w:t>
      </w:r>
      <w:r>
        <w:br/>
        <w:t>Hard: 30 min HIIT</w:t>
      </w:r>
    </w:p>
    <w:p w14:paraId="1E90356A" w14:textId="77777777" w:rsidR="00DB143B" w:rsidRDefault="00000000">
      <w:r>
        <w:t>Nutrition: No junk food, sugar, processed, or fast food</w:t>
      </w:r>
    </w:p>
    <w:p w14:paraId="1D5DF076" w14:textId="77777777" w:rsidR="00DB143B" w:rsidRDefault="00000000">
      <w:r>
        <w:t>Reflection Prompt:</w:t>
      </w:r>
      <w:r>
        <w:br/>
        <w:t>What am I surrendering to God today?</w:t>
      </w:r>
    </w:p>
    <w:p w14:paraId="61D7627A" w14:textId="77777777" w:rsidR="0097445D" w:rsidRDefault="00000000" w:rsidP="0097445D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07BC0461" w14:textId="77777777" w:rsidR="0097445D" w:rsidRDefault="0097445D" w:rsidP="0097445D"/>
    <w:p w14:paraId="1C05D377" w14:textId="1EE9BB1D" w:rsidR="00DB143B" w:rsidRPr="00CB1A8D" w:rsidRDefault="00000000" w:rsidP="0097445D">
      <w:pPr>
        <w:rPr>
          <w:b/>
          <w:bCs/>
          <w:sz w:val="28"/>
          <w:szCs w:val="28"/>
        </w:rPr>
      </w:pPr>
      <w:r w:rsidRPr="00CB1A8D">
        <w:rPr>
          <w:b/>
          <w:bCs/>
          <w:color w:val="D99594" w:themeColor="accent2" w:themeTint="99"/>
          <w:sz w:val="28"/>
          <w:szCs w:val="28"/>
          <w:u w:val="single"/>
        </w:rPr>
        <w:t>Day 2: Fuel with the Word</w:t>
      </w:r>
    </w:p>
    <w:p w14:paraId="268E3FE5" w14:textId="77777777" w:rsidR="00DB143B" w:rsidRDefault="00000000">
      <w:r>
        <w:t>Scripture: Matthew 4:4</w:t>
      </w:r>
    </w:p>
    <w:p w14:paraId="3A35E87E" w14:textId="77777777" w:rsidR="00DB143B" w:rsidRDefault="00000000">
      <w:r>
        <w:t>Devotional Thought:</w:t>
      </w:r>
      <w:r>
        <w:br/>
        <w:t>Let God’s Word be your fuel. Feed your spirit as you detox your flesh.</w:t>
      </w:r>
    </w:p>
    <w:p w14:paraId="4124FB5F" w14:textId="77777777" w:rsidR="00DB143B" w:rsidRDefault="00000000">
      <w:r>
        <w:t>Workout Options:</w:t>
      </w:r>
      <w:r>
        <w:br/>
        <w:t>Easy: 15 min stretch</w:t>
      </w:r>
      <w:r>
        <w:br/>
        <w:t>Medium: 25 min dance</w:t>
      </w:r>
      <w:r>
        <w:br/>
        <w:t>Hard: 35 min strength</w:t>
      </w:r>
    </w:p>
    <w:p w14:paraId="42CC3DEF" w14:textId="77777777" w:rsidR="00DB143B" w:rsidRDefault="00000000">
      <w:r>
        <w:t>Nutrition: No junk food, sugar, processed, or fast food</w:t>
      </w:r>
    </w:p>
    <w:p w14:paraId="3070CC2C" w14:textId="77777777" w:rsidR="00DB143B" w:rsidRDefault="00000000">
      <w:r>
        <w:t>Reflection Prompt:</w:t>
      </w:r>
      <w:r>
        <w:br/>
        <w:t>What truth from God's Word fuels me today?</w:t>
      </w:r>
    </w:p>
    <w:p w14:paraId="72557F5C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5503E248" w14:textId="77777777" w:rsidR="00DB143B" w:rsidRDefault="00000000">
      <w:r>
        <w:br w:type="page"/>
      </w:r>
    </w:p>
    <w:p w14:paraId="110CD9B9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CB1A8D">
        <w:rPr>
          <w:rFonts w:asciiTheme="minorHAnsi" w:hAnsiTheme="minorHAnsi"/>
          <w:color w:val="D99594" w:themeColor="accent2" w:themeTint="99"/>
          <w:u w:val="single"/>
        </w:rPr>
        <w:lastRenderedPageBreak/>
        <w:t>Day 3: Discipline Over Emotion</w:t>
      </w:r>
    </w:p>
    <w:p w14:paraId="763017F4" w14:textId="77777777" w:rsidR="00CB1A8D" w:rsidRPr="00CB1A8D" w:rsidRDefault="00CB1A8D" w:rsidP="00CB1A8D"/>
    <w:p w14:paraId="35094175" w14:textId="77777777" w:rsidR="00DB143B" w:rsidRDefault="00000000">
      <w:r>
        <w:t>Scripture: 2 Timothy 1:7</w:t>
      </w:r>
    </w:p>
    <w:p w14:paraId="3F2108A2" w14:textId="77777777" w:rsidR="00DB143B" w:rsidRDefault="00000000">
      <w:r>
        <w:t>Devotional Thought:</w:t>
      </w:r>
      <w:r>
        <w:br/>
        <w:t>God gave you power and self-control. Choose discipline, not feelings.</w:t>
      </w:r>
    </w:p>
    <w:p w14:paraId="7155149A" w14:textId="77777777" w:rsidR="00DB143B" w:rsidRDefault="00000000">
      <w:r>
        <w:t>Workout Options:</w:t>
      </w:r>
      <w:r>
        <w:br/>
        <w:t>Easy: Prayer walk</w:t>
      </w:r>
      <w:r>
        <w:br/>
        <w:t>Medium: 20 min core + cardio</w:t>
      </w:r>
      <w:r>
        <w:br/>
        <w:t>Hard: 30 min resistance</w:t>
      </w:r>
    </w:p>
    <w:p w14:paraId="68044B68" w14:textId="77777777" w:rsidR="00DB143B" w:rsidRDefault="00000000">
      <w:r>
        <w:t>Nutrition: No junk food, sugar, processed, or fast food</w:t>
      </w:r>
    </w:p>
    <w:p w14:paraId="07CDD18A" w14:textId="77777777" w:rsidR="00DB143B" w:rsidRDefault="00000000">
      <w:r>
        <w:t>Reflection Prompt:</w:t>
      </w:r>
      <w:r>
        <w:br/>
        <w:t>Where do my emotions try to lead me away from obedience?</w:t>
      </w:r>
    </w:p>
    <w:p w14:paraId="7DEC5F2A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79339A45" w14:textId="77777777" w:rsidR="0097445D" w:rsidRDefault="0097445D" w:rsidP="0097445D"/>
    <w:p w14:paraId="0F94DB46" w14:textId="7CAFA400" w:rsidR="00DB143B" w:rsidRPr="00CB1A8D" w:rsidRDefault="00000000" w:rsidP="0097445D">
      <w:pPr>
        <w:rPr>
          <w:b/>
          <w:bCs/>
          <w:sz w:val="28"/>
          <w:szCs w:val="28"/>
        </w:rPr>
      </w:pPr>
      <w:r w:rsidRPr="00CB1A8D">
        <w:rPr>
          <w:b/>
          <w:bCs/>
          <w:color w:val="D99594" w:themeColor="accent2" w:themeTint="99"/>
          <w:sz w:val="28"/>
          <w:szCs w:val="28"/>
          <w:u w:val="single"/>
        </w:rPr>
        <w:t>Day 4: Rest Is Obedience</w:t>
      </w:r>
    </w:p>
    <w:p w14:paraId="5CACC167" w14:textId="77777777" w:rsidR="00DB143B" w:rsidRDefault="00000000">
      <w:r>
        <w:t>Scripture: Exodus 33:14</w:t>
      </w:r>
    </w:p>
    <w:p w14:paraId="6A84765D" w14:textId="77777777" w:rsidR="00DB143B" w:rsidRDefault="00000000">
      <w:r>
        <w:t>Devotional Thought:</w:t>
      </w:r>
      <w:r>
        <w:br/>
        <w:t>Rest is not weakness. It is surrender. Let God renew you.</w:t>
      </w:r>
    </w:p>
    <w:p w14:paraId="76BDC7D7" w14:textId="77777777" w:rsidR="00DB143B" w:rsidRDefault="00000000">
      <w:r>
        <w:t>Workout Options:</w:t>
      </w:r>
      <w:r>
        <w:br/>
        <w:t>Easy: 10 min breathing + stretch</w:t>
      </w:r>
      <w:r>
        <w:br/>
        <w:t>Medium: 15 min yoga flow</w:t>
      </w:r>
      <w:r>
        <w:br/>
        <w:t>Hard: Light recovery workout</w:t>
      </w:r>
    </w:p>
    <w:p w14:paraId="69A87F2F" w14:textId="77777777" w:rsidR="00DB143B" w:rsidRDefault="00000000">
      <w:r>
        <w:t>Nutrition: No junk food, sugar, processed, or fast food</w:t>
      </w:r>
    </w:p>
    <w:p w14:paraId="0024267D" w14:textId="77777777" w:rsidR="00DB143B" w:rsidRDefault="00000000">
      <w:r>
        <w:t>Reflection Prompt:</w:t>
      </w:r>
      <w:r>
        <w:br/>
        <w:t>What does resting in God look like for me today?</w:t>
      </w:r>
    </w:p>
    <w:p w14:paraId="05E538EB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45C548FE" w14:textId="77777777" w:rsidR="00DB143B" w:rsidRDefault="00000000">
      <w:r>
        <w:br w:type="page"/>
      </w:r>
    </w:p>
    <w:p w14:paraId="3C8E1446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CB1A8D">
        <w:rPr>
          <w:rFonts w:asciiTheme="minorHAnsi" w:hAnsiTheme="minorHAnsi"/>
          <w:color w:val="D99594" w:themeColor="accent2" w:themeTint="99"/>
          <w:u w:val="single"/>
        </w:rPr>
        <w:lastRenderedPageBreak/>
        <w:t>Day 5: Crave the Spirit, Not the Flesh</w:t>
      </w:r>
    </w:p>
    <w:p w14:paraId="4E3D045A" w14:textId="77777777" w:rsidR="00CB1A8D" w:rsidRPr="00CB1A8D" w:rsidRDefault="00CB1A8D" w:rsidP="00CB1A8D"/>
    <w:p w14:paraId="31AC8684" w14:textId="77777777" w:rsidR="00DB143B" w:rsidRDefault="00000000">
      <w:r>
        <w:t>Scripture: Galatians 5:16</w:t>
      </w:r>
    </w:p>
    <w:p w14:paraId="42B13B90" w14:textId="77777777" w:rsidR="00DB143B" w:rsidRDefault="00000000">
      <w:r>
        <w:t>Devotional Thought:</w:t>
      </w:r>
      <w:r>
        <w:br/>
        <w:t>What you feed grows. Crave what strengthens your spirit.</w:t>
      </w:r>
    </w:p>
    <w:p w14:paraId="2446D357" w14:textId="77777777" w:rsidR="00DB143B" w:rsidRDefault="00000000">
      <w:r>
        <w:t>Workout Options:</w:t>
      </w:r>
      <w:r>
        <w:br/>
        <w:t>Easy: 20 min walk</w:t>
      </w:r>
      <w:r>
        <w:br/>
        <w:t>Medium: 25 min cardio</w:t>
      </w:r>
      <w:r>
        <w:br/>
        <w:t>Hard: 30 min bootcamp style</w:t>
      </w:r>
    </w:p>
    <w:p w14:paraId="4C2663C8" w14:textId="77777777" w:rsidR="00DB143B" w:rsidRDefault="00000000">
      <w:r>
        <w:t>Nutrition: No junk food, sugar, processed, or fast food</w:t>
      </w:r>
    </w:p>
    <w:p w14:paraId="77CECBD1" w14:textId="77777777" w:rsidR="00DB143B" w:rsidRDefault="00000000">
      <w:r>
        <w:t>Reflection Prompt:</w:t>
      </w:r>
      <w:r>
        <w:br/>
        <w:t>What craving do I need to replace with spiritual hunger?</w:t>
      </w:r>
    </w:p>
    <w:p w14:paraId="536DFACC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5BBBC7EE" w14:textId="77777777" w:rsidR="0097445D" w:rsidRDefault="0097445D" w:rsidP="0097445D"/>
    <w:p w14:paraId="288FF93D" w14:textId="21FC00EA" w:rsidR="00DB143B" w:rsidRPr="00CB1A8D" w:rsidRDefault="00000000" w:rsidP="0097445D">
      <w:pPr>
        <w:rPr>
          <w:b/>
          <w:bCs/>
          <w:sz w:val="28"/>
          <w:szCs w:val="28"/>
        </w:rPr>
      </w:pPr>
      <w:r w:rsidRPr="00CB1A8D">
        <w:rPr>
          <w:b/>
          <w:bCs/>
          <w:color w:val="D99594" w:themeColor="accent2" w:themeTint="99"/>
          <w:sz w:val="28"/>
          <w:szCs w:val="28"/>
          <w:u w:val="single"/>
        </w:rPr>
        <w:t>Day 6: He Strengthens You</w:t>
      </w:r>
    </w:p>
    <w:p w14:paraId="365966B6" w14:textId="77777777" w:rsidR="00DB143B" w:rsidRDefault="00000000">
      <w:r>
        <w:t>Scripture: Isaiah 40:29</w:t>
      </w:r>
    </w:p>
    <w:p w14:paraId="1EC62DE2" w14:textId="77777777" w:rsidR="00DB143B" w:rsidRDefault="00000000">
      <w:r>
        <w:t>Devotional Thought:</w:t>
      </w:r>
      <w:r>
        <w:br/>
        <w:t>When you're weak, His strength is made perfect. Trust Him to renew your energy.</w:t>
      </w:r>
    </w:p>
    <w:p w14:paraId="33DB01CE" w14:textId="77777777" w:rsidR="00DB143B" w:rsidRDefault="00000000">
      <w:r>
        <w:t>Workout Options:</w:t>
      </w:r>
      <w:r>
        <w:br/>
        <w:t>- Easy: Chair stretch + breathing</w:t>
      </w:r>
      <w:r>
        <w:br/>
        <w:t>- Medium: Yoga fusion</w:t>
      </w:r>
      <w:r>
        <w:br/>
        <w:t>- Hard: Tabata strength</w:t>
      </w:r>
    </w:p>
    <w:p w14:paraId="73E11958" w14:textId="77777777" w:rsidR="00DB143B" w:rsidRDefault="00000000">
      <w:r>
        <w:t>Nutrition: No junk food, sugar, processed, or fast food</w:t>
      </w:r>
    </w:p>
    <w:p w14:paraId="1D96392F" w14:textId="77777777" w:rsidR="00DB143B" w:rsidRDefault="00000000">
      <w:r>
        <w:t>Reflection Prompt:</w:t>
      </w:r>
      <w:r>
        <w:br/>
        <w:t>What is God showing me today through this discipline?</w:t>
      </w:r>
    </w:p>
    <w:p w14:paraId="271C8F6D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0DB709CA" w14:textId="77777777" w:rsidR="00DB143B" w:rsidRDefault="00000000">
      <w:r>
        <w:br w:type="page"/>
      </w:r>
    </w:p>
    <w:p w14:paraId="41FF3EE8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CB1A8D">
        <w:rPr>
          <w:rFonts w:asciiTheme="minorHAnsi" w:hAnsiTheme="minorHAnsi"/>
          <w:color w:val="D99594" w:themeColor="accent2" w:themeTint="99"/>
          <w:u w:val="single"/>
        </w:rPr>
        <w:lastRenderedPageBreak/>
        <w:t>Day 7: Train in Godliness</w:t>
      </w:r>
    </w:p>
    <w:p w14:paraId="532A51BE" w14:textId="77777777" w:rsidR="00CB1A8D" w:rsidRPr="00CB1A8D" w:rsidRDefault="00CB1A8D" w:rsidP="00CB1A8D"/>
    <w:p w14:paraId="781D30C8" w14:textId="77777777" w:rsidR="00DB143B" w:rsidRDefault="00000000">
      <w:r>
        <w:t>Scripture: 1 Timothy 4:8</w:t>
      </w:r>
    </w:p>
    <w:p w14:paraId="12E55515" w14:textId="77777777" w:rsidR="00DB143B" w:rsidRDefault="00000000">
      <w:r>
        <w:t>Devotional Thought:</w:t>
      </w:r>
      <w:r>
        <w:br/>
        <w:t>Physical discipline is good—but spiritual training lasts forever. Do both today.</w:t>
      </w:r>
    </w:p>
    <w:p w14:paraId="02FDB3D1" w14:textId="77777777" w:rsidR="00DB143B" w:rsidRDefault="00000000">
      <w:r>
        <w:t>Workout Options:</w:t>
      </w:r>
      <w:r>
        <w:br/>
        <w:t>- Easy: Prayer walk</w:t>
      </w:r>
      <w:r>
        <w:br/>
        <w:t>- Medium: Bodyweight AMRAP</w:t>
      </w:r>
      <w:r>
        <w:br/>
        <w:t>- Hard: Strength EMOM</w:t>
      </w:r>
    </w:p>
    <w:p w14:paraId="59E7FA58" w14:textId="77777777" w:rsidR="00DB143B" w:rsidRDefault="00000000">
      <w:r>
        <w:t>Nutrition: No junk food, sugar, processed, or fast food</w:t>
      </w:r>
    </w:p>
    <w:p w14:paraId="337BDC43" w14:textId="77777777" w:rsidR="00DB143B" w:rsidRDefault="00000000">
      <w:r>
        <w:t>Reflection Prompt:</w:t>
      </w:r>
      <w:r>
        <w:br/>
        <w:t>What is God showing me today through this discipline?</w:t>
      </w:r>
    </w:p>
    <w:p w14:paraId="31BDBC19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3CC3FD62" w14:textId="77777777" w:rsidR="00CC2D20" w:rsidRDefault="00CC2D20" w:rsidP="00CC2D20"/>
    <w:p w14:paraId="4D2A1C4B" w14:textId="6CEF8B68" w:rsidR="00DB143B" w:rsidRPr="00CB1A8D" w:rsidRDefault="00000000" w:rsidP="00CC2D20">
      <w:pPr>
        <w:rPr>
          <w:b/>
          <w:bCs/>
          <w:sz w:val="28"/>
          <w:szCs w:val="28"/>
        </w:rPr>
      </w:pPr>
      <w:r w:rsidRPr="00CB1A8D">
        <w:rPr>
          <w:b/>
          <w:bCs/>
          <w:color w:val="D99594" w:themeColor="accent2" w:themeTint="99"/>
          <w:sz w:val="28"/>
          <w:szCs w:val="28"/>
          <w:u w:val="single"/>
        </w:rPr>
        <w:t>Day 8: Renewed by the Spirit</w:t>
      </w:r>
    </w:p>
    <w:p w14:paraId="638C4628" w14:textId="77777777" w:rsidR="00DB143B" w:rsidRDefault="00000000">
      <w:r>
        <w:t>Scripture: Titus 3:5</w:t>
      </w:r>
    </w:p>
    <w:p w14:paraId="176C4F5D" w14:textId="77777777" w:rsidR="00DB143B" w:rsidRDefault="00000000">
      <w:r>
        <w:t>Devotional Thought:</w:t>
      </w:r>
      <w:r>
        <w:br/>
        <w:t>Let the Holy Spirit refresh you, even in the middle of challenge and fatigue.</w:t>
      </w:r>
    </w:p>
    <w:p w14:paraId="312D6CAA" w14:textId="77777777" w:rsidR="00DB143B" w:rsidRDefault="00000000">
      <w:r>
        <w:t>Workout Options:</w:t>
      </w:r>
      <w:r>
        <w:br/>
        <w:t>- Easy: Stretch &amp; core</w:t>
      </w:r>
      <w:r>
        <w:br/>
        <w:t>- Medium: Boxing cardio</w:t>
      </w:r>
      <w:r>
        <w:br/>
        <w:t>- Hard: Upper body burnout</w:t>
      </w:r>
    </w:p>
    <w:p w14:paraId="36AE9358" w14:textId="77777777" w:rsidR="00DB143B" w:rsidRDefault="00000000">
      <w:r>
        <w:t>Nutrition: No junk food, sugar, processed, or fast food</w:t>
      </w:r>
    </w:p>
    <w:p w14:paraId="62576BC9" w14:textId="77777777" w:rsidR="00DB143B" w:rsidRDefault="00000000">
      <w:r>
        <w:t>Reflection Prompt:</w:t>
      </w:r>
      <w:r>
        <w:br/>
        <w:t>What is God showing me today through this discipline?</w:t>
      </w:r>
    </w:p>
    <w:p w14:paraId="4ECEEF89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73C83BB9" w14:textId="77777777" w:rsidR="00DB143B" w:rsidRDefault="00000000">
      <w:r>
        <w:br w:type="page"/>
      </w:r>
    </w:p>
    <w:p w14:paraId="63A82A0E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CB1A8D">
        <w:rPr>
          <w:rFonts w:asciiTheme="minorHAnsi" w:hAnsiTheme="minorHAnsi"/>
          <w:color w:val="D99594" w:themeColor="accent2" w:themeTint="99"/>
          <w:u w:val="single"/>
        </w:rPr>
        <w:lastRenderedPageBreak/>
        <w:t>Day 9: Press Toward the Goal</w:t>
      </w:r>
    </w:p>
    <w:p w14:paraId="13FEB77D" w14:textId="77777777" w:rsidR="00CB1A8D" w:rsidRPr="00CB1A8D" w:rsidRDefault="00CB1A8D" w:rsidP="00CB1A8D"/>
    <w:p w14:paraId="4562530C" w14:textId="77777777" w:rsidR="00DB143B" w:rsidRDefault="00000000">
      <w:r>
        <w:t>Scripture: Philippians 3:14</w:t>
      </w:r>
    </w:p>
    <w:p w14:paraId="6818C5C7" w14:textId="77777777" w:rsidR="00DB143B" w:rsidRDefault="00000000">
      <w:r>
        <w:t>Devotional Thought:</w:t>
      </w:r>
      <w:r>
        <w:br/>
        <w:t>Each step forward is kingdom progress. Don’t look back—press on.</w:t>
      </w:r>
    </w:p>
    <w:p w14:paraId="19685C01" w14:textId="77777777" w:rsidR="00DB143B" w:rsidRDefault="00000000">
      <w:r>
        <w:t>Workout Options:</w:t>
      </w:r>
      <w:r>
        <w:br/>
        <w:t>- Easy: Mobility focus</w:t>
      </w:r>
      <w:r>
        <w:br/>
        <w:t>- Medium: Plyo legs</w:t>
      </w:r>
      <w:r>
        <w:br/>
        <w:t>- Hard: Strength ladder</w:t>
      </w:r>
    </w:p>
    <w:p w14:paraId="539E5DBE" w14:textId="77777777" w:rsidR="00DB143B" w:rsidRDefault="00000000">
      <w:r>
        <w:t>Nutrition: No junk food, sugar, processed, or fast food</w:t>
      </w:r>
    </w:p>
    <w:p w14:paraId="7D7F1185" w14:textId="77777777" w:rsidR="00DB143B" w:rsidRDefault="00000000">
      <w:r>
        <w:t>Reflection Prompt:</w:t>
      </w:r>
      <w:r>
        <w:br/>
        <w:t>What is God showing me today through this discipline?</w:t>
      </w:r>
    </w:p>
    <w:p w14:paraId="0ED010CF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3671D333" w14:textId="77777777" w:rsidR="00CC2D20" w:rsidRDefault="00CC2D20" w:rsidP="00CC2D20"/>
    <w:p w14:paraId="237132F0" w14:textId="4333D4A7" w:rsidR="00DB143B" w:rsidRPr="00CB1A8D" w:rsidRDefault="00000000" w:rsidP="00CC2D20">
      <w:pPr>
        <w:rPr>
          <w:b/>
          <w:bCs/>
          <w:sz w:val="28"/>
          <w:szCs w:val="28"/>
        </w:rPr>
      </w:pPr>
      <w:r w:rsidRPr="00CB1A8D">
        <w:rPr>
          <w:b/>
          <w:bCs/>
          <w:color w:val="D99594" w:themeColor="accent2" w:themeTint="99"/>
          <w:sz w:val="28"/>
          <w:szCs w:val="28"/>
          <w:u w:val="single"/>
        </w:rPr>
        <w:t>Day 10: The Battle Belongs to God</w:t>
      </w:r>
    </w:p>
    <w:p w14:paraId="48BBE034" w14:textId="77777777" w:rsidR="00DB143B" w:rsidRDefault="00000000">
      <w:r>
        <w:t>Scripture: 2 Chronicles 20:15</w:t>
      </w:r>
    </w:p>
    <w:p w14:paraId="6A94FB83" w14:textId="77777777" w:rsidR="00DB143B" w:rsidRDefault="00000000">
      <w:r>
        <w:t>Devotional Thought:</w:t>
      </w:r>
      <w:r>
        <w:br/>
        <w:t>You don’t have to fight alone. Let God lead the battle as you stay faithful.</w:t>
      </w:r>
    </w:p>
    <w:p w14:paraId="7081BB83" w14:textId="77777777" w:rsidR="00DB143B" w:rsidRDefault="00000000">
      <w:r>
        <w:t>Workout Options:</w:t>
      </w:r>
      <w:r>
        <w:br/>
        <w:t>- Easy: Low impact circuit</w:t>
      </w:r>
      <w:r>
        <w:br/>
        <w:t>- Medium: HIIT lite</w:t>
      </w:r>
      <w:r>
        <w:br/>
        <w:t>- Hard: Cardio pyramid</w:t>
      </w:r>
    </w:p>
    <w:p w14:paraId="3C037226" w14:textId="77777777" w:rsidR="00DB143B" w:rsidRDefault="00000000">
      <w:r>
        <w:t>Nutrition: No junk food, sugar, processed, or fast food</w:t>
      </w:r>
    </w:p>
    <w:p w14:paraId="6B3EE24F" w14:textId="77777777" w:rsidR="00DB143B" w:rsidRDefault="00000000">
      <w:r>
        <w:t>Reflection Prompt:</w:t>
      </w:r>
      <w:r>
        <w:br/>
        <w:t>What is God showing me today through this discipline?</w:t>
      </w:r>
    </w:p>
    <w:p w14:paraId="667CEDFA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61C284A2" w14:textId="77777777" w:rsidR="00DB143B" w:rsidRDefault="00000000">
      <w:r>
        <w:br w:type="page"/>
      </w:r>
    </w:p>
    <w:p w14:paraId="7E671B81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CB1A8D">
        <w:rPr>
          <w:rFonts w:asciiTheme="minorHAnsi" w:hAnsiTheme="minorHAnsi"/>
          <w:color w:val="D99594" w:themeColor="accent2" w:themeTint="99"/>
          <w:u w:val="single"/>
        </w:rPr>
        <w:lastRenderedPageBreak/>
        <w:t>Day 11: Keep Showing Up</w:t>
      </w:r>
    </w:p>
    <w:p w14:paraId="6793ABD1" w14:textId="77777777" w:rsidR="00CB1A8D" w:rsidRPr="00CB1A8D" w:rsidRDefault="00CB1A8D" w:rsidP="00CB1A8D"/>
    <w:p w14:paraId="54973034" w14:textId="77777777" w:rsidR="00DB143B" w:rsidRDefault="00000000">
      <w:r>
        <w:t>Scripture: Galatians 6:9</w:t>
      </w:r>
    </w:p>
    <w:p w14:paraId="47211CF9" w14:textId="77777777" w:rsidR="00DB143B" w:rsidRDefault="00000000">
      <w:r>
        <w:t>Devotional Thought:</w:t>
      </w:r>
      <w:r>
        <w:br/>
        <w:t>Don’t grow weary. Your harvest is coming. Keep pressing in.</w:t>
      </w:r>
    </w:p>
    <w:p w14:paraId="5C614D61" w14:textId="77777777" w:rsidR="00DB143B" w:rsidRDefault="00000000">
      <w:r>
        <w:t>Workout Options:</w:t>
      </w:r>
      <w:r>
        <w:br/>
        <w:t>- Easy: Pilates-inspired stretch</w:t>
      </w:r>
      <w:r>
        <w:br/>
        <w:t>- Medium: Core + glutes</w:t>
      </w:r>
      <w:r>
        <w:br/>
        <w:t>- Hard: Bootcamp blast</w:t>
      </w:r>
    </w:p>
    <w:p w14:paraId="1BE262AC" w14:textId="77777777" w:rsidR="00DB143B" w:rsidRDefault="00000000">
      <w:r>
        <w:t>Nutrition: No junk food, sugar, processed, or fast food</w:t>
      </w:r>
    </w:p>
    <w:p w14:paraId="56F0318E" w14:textId="77777777" w:rsidR="00DB143B" w:rsidRDefault="00000000">
      <w:r>
        <w:t>Reflection Prompt:</w:t>
      </w:r>
      <w:r>
        <w:br/>
        <w:t>What is God showing me today through this discipline?</w:t>
      </w:r>
    </w:p>
    <w:p w14:paraId="57AA02F4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466C9556" w14:textId="77777777" w:rsidR="00CC2D20" w:rsidRDefault="00CC2D20" w:rsidP="00CC2D20"/>
    <w:p w14:paraId="2AF78F80" w14:textId="66B199F7" w:rsidR="00DB143B" w:rsidRPr="00CB1A8D" w:rsidRDefault="00000000" w:rsidP="00CC2D20">
      <w:pPr>
        <w:rPr>
          <w:b/>
          <w:bCs/>
          <w:sz w:val="28"/>
          <w:szCs w:val="28"/>
        </w:rPr>
      </w:pPr>
      <w:r w:rsidRPr="00CB1A8D">
        <w:rPr>
          <w:b/>
          <w:bCs/>
          <w:color w:val="D99594" w:themeColor="accent2" w:themeTint="99"/>
          <w:sz w:val="28"/>
          <w:szCs w:val="28"/>
          <w:u w:val="single"/>
        </w:rPr>
        <w:t>Day 12: Discipline Your Body</w:t>
      </w:r>
    </w:p>
    <w:p w14:paraId="7648E349" w14:textId="77777777" w:rsidR="00DB143B" w:rsidRDefault="00000000">
      <w:r>
        <w:t>Scripture: 1 Corinthians 9:27</w:t>
      </w:r>
    </w:p>
    <w:p w14:paraId="654453CA" w14:textId="77777777" w:rsidR="00DB143B" w:rsidRDefault="00000000">
      <w:r>
        <w:t>Devotional Thought:</w:t>
      </w:r>
      <w:r>
        <w:br/>
        <w:t>Train your body to serve your purpose. Bring it under submission to Christ.</w:t>
      </w:r>
    </w:p>
    <w:p w14:paraId="094F585C" w14:textId="77777777" w:rsidR="00DB143B" w:rsidRDefault="00000000">
      <w:r>
        <w:t>Workout Options:</w:t>
      </w:r>
      <w:r>
        <w:br/>
        <w:t>- Easy: Walking lunges</w:t>
      </w:r>
      <w:r>
        <w:br/>
        <w:t>- Medium: Strength intervals</w:t>
      </w:r>
      <w:r>
        <w:br/>
        <w:t>- Hard: Jump rope sets</w:t>
      </w:r>
    </w:p>
    <w:p w14:paraId="43FD6B15" w14:textId="77777777" w:rsidR="00DB143B" w:rsidRDefault="00000000">
      <w:r>
        <w:t>Nutrition: No junk food, sugar, processed, or fast food</w:t>
      </w:r>
    </w:p>
    <w:p w14:paraId="6C01DE2A" w14:textId="77777777" w:rsidR="00DB143B" w:rsidRDefault="00000000">
      <w:r>
        <w:t>Reflection Prompt:</w:t>
      </w:r>
      <w:r>
        <w:br/>
        <w:t>What is God showing me today through this discipline?</w:t>
      </w:r>
    </w:p>
    <w:p w14:paraId="1EB4F3C9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1EF92988" w14:textId="77777777" w:rsidR="00DB143B" w:rsidRDefault="00000000">
      <w:r>
        <w:br w:type="page"/>
      </w:r>
    </w:p>
    <w:p w14:paraId="57BB1322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CB1A8D">
        <w:rPr>
          <w:rFonts w:asciiTheme="minorHAnsi" w:hAnsiTheme="minorHAnsi"/>
          <w:color w:val="D99594" w:themeColor="accent2" w:themeTint="99"/>
          <w:u w:val="single"/>
        </w:rPr>
        <w:lastRenderedPageBreak/>
        <w:t>Day 13: Take Every Thought Captive</w:t>
      </w:r>
    </w:p>
    <w:p w14:paraId="7AA4BAE0" w14:textId="77777777" w:rsidR="00CB1A8D" w:rsidRPr="00CB1A8D" w:rsidRDefault="00CB1A8D" w:rsidP="00CB1A8D"/>
    <w:p w14:paraId="3ED9D931" w14:textId="77777777" w:rsidR="00DB143B" w:rsidRDefault="00000000">
      <w:r>
        <w:t>Scripture: 2 Corinthians 10:5</w:t>
      </w:r>
    </w:p>
    <w:p w14:paraId="466DFE79" w14:textId="77777777" w:rsidR="00DB143B" w:rsidRDefault="00000000">
      <w:r>
        <w:t>Devotional Thought:</w:t>
      </w:r>
      <w:r>
        <w:br/>
        <w:t>Don’t let your mind wander into defeat. Capture it and bring it into obedience.</w:t>
      </w:r>
    </w:p>
    <w:p w14:paraId="04C8415A" w14:textId="77777777" w:rsidR="00DB143B" w:rsidRDefault="00000000">
      <w:r>
        <w:t>Workout Options:</w:t>
      </w:r>
      <w:r>
        <w:br/>
        <w:t>- Easy: Balance &amp; posture</w:t>
      </w:r>
      <w:r>
        <w:br/>
        <w:t>- Medium: Kettlebell flow</w:t>
      </w:r>
      <w:r>
        <w:br/>
        <w:t>- Hard: Full-body AMRAP</w:t>
      </w:r>
    </w:p>
    <w:p w14:paraId="117FC18F" w14:textId="77777777" w:rsidR="00DB143B" w:rsidRDefault="00000000">
      <w:r>
        <w:t>Nutrition: No junk food, sugar, processed, or fast food</w:t>
      </w:r>
    </w:p>
    <w:p w14:paraId="6D3156B3" w14:textId="77777777" w:rsidR="00DB143B" w:rsidRDefault="00000000">
      <w:r>
        <w:t>Reflection Prompt:</w:t>
      </w:r>
      <w:r>
        <w:br/>
        <w:t>What is God showing me today through this discipline?</w:t>
      </w:r>
    </w:p>
    <w:p w14:paraId="18D8035F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5CEF46F2" w14:textId="77777777" w:rsidR="00CB1A8D" w:rsidRDefault="00CB1A8D" w:rsidP="00CB1A8D"/>
    <w:p w14:paraId="2D551D6D" w14:textId="14D57B7E" w:rsidR="00DB143B" w:rsidRPr="00864871" w:rsidRDefault="00000000" w:rsidP="00CB1A8D">
      <w:pPr>
        <w:rPr>
          <w:sz w:val="28"/>
          <w:szCs w:val="28"/>
        </w:rPr>
      </w:pPr>
      <w:r w:rsidRPr="00864871">
        <w:rPr>
          <w:b/>
          <w:bCs/>
          <w:color w:val="D99594" w:themeColor="accent2" w:themeTint="99"/>
          <w:sz w:val="28"/>
          <w:szCs w:val="28"/>
          <w:u w:val="single"/>
        </w:rPr>
        <w:t>Day 14: Walking in Wisdom</w:t>
      </w:r>
    </w:p>
    <w:p w14:paraId="3556B43E" w14:textId="77777777" w:rsidR="00DB143B" w:rsidRDefault="00000000">
      <w:r>
        <w:t>Scripture: Proverbs 3:5-6</w:t>
      </w:r>
    </w:p>
    <w:p w14:paraId="5A4D799A" w14:textId="77777777" w:rsidR="00DB143B" w:rsidRDefault="00000000">
      <w:r>
        <w:t>Devotional Thought:</w:t>
      </w:r>
      <w:r>
        <w:br/>
        <w:t>When you trust God fully, He straightens the path—spiritually and physically.</w:t>
      </w:r>
    </w:p>
    <w:p w14:paraId="693EE2EF" w14:textId="77777777" w:rsidR="00DB143B" w:rsidRDefault="00000000">
      <w:r>
        <w:t>Workout Options:</w:t>
      </w:r>
      <w:r>
        <w:br/>
        <w:t>- Easy: Gentle flow</w:t>
      </w:r>
      <w:r>
        <w:br/>
        <w:t>- Medium: Dance cardio</w:t>
      </w:r>
      <w:r>
        <w:br/>
        <w:t>- Hard: Agility drills</w:t>
      </w:r>
    </w:p>
    <w:p w14:paraId="2C94CA6F" w14:textId="77777777" w:rsidR="00DB143B" w:rsidRDefault="00000000">
      <w:r>
        <w:t>Nutrition: No junk food, sugar, processed, or fast food</w:t>
      </w:r>
    </w:p>
    <w:p w14:paraId="6326D578" w14:textId="77777777" w:rsidR="00DB143B" w:rsidRDefault="00000000">
      <w:r>
        <w:t>Reflection Prompt:</w:t>
      </w:r>
      <w:r>
        <w:br/>
        <w:t>What is God showing me today through this discipline?</w:t>
      </w:r>
    </w:p>
    <w:p w14:paraId="63D851EE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7CCC0288" w14:textId="77777777" w:rsidR="00DB143B" w:rsidRDefault="00000000">
      <w:r>
        <w:br w:type="page"/>
      </w:r>
    </w:p>
    <w:p w14:paraId="398A0AE6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864871">
        <w:rPr>
          <w:rFonts w:asciiTheme="minorHAnsi" w:hAnsiTheme="minorHAnsi"/>
          <w:color w:val="D99594" w:themeColor="accent2" w:themeTint="99"/>
          <w:u w:val="single"/>
        </w:rPr>
        <w:lastRenderedPageBreak/>
        <w:t>Day 15: Let the Peace Rule</w:t>
      </w:r>
    </w:p>
    <w:p w14:paraId="02661942" w14:textId="77777777" w:rsidR="00864871" w:rsidRPr="00864871" w:rsidRDefault="00864871" w:rsidP="00864871"/>
    <w:p w14:paraId="7FD0FE2E" w14:textId="77777777" w:rsidR="00DB143B" w:rsidRDefault="00000000">
      <w:r>
        <w:t>Scripture: Colossians 3:15</w:t>
      </w:r>
    </w:p>
    <w:p w14:paraId="0FB428BE" w14:textId="77777777" w:rsidR="00DB143B" w:rsidRDefault="00000000">
      <w:r>
        <w:t>Devotional Thought:</w:t>
      </w:r>
      <w:r>
        <w:br/>
        <w:t>Let peace be the umpire in your life. If it doesn’t bring peace, don’t let it in.</w:t>
      </w:r>
    </w:p>
    <w:p w14:paraId="0D8BC86F" w14:textId="77777777" w:rsidR="00DB143B" w:rsidRDefault="00000000">
      <w:r>
        <w:t>Workout Options:</w:t>
      </w:r>
      <w:r>
        <w:br/>
        <w:t>- Easy: Stretch &amp; scripture</w:t>
      </w:r>
      <w:r>
        <w:br/>
        <w:t>- Medium: Step circuit</w:t>
      </w:r>
      <w:r>
        <w:br/>
        <w:t>- Hard: Lower body lift</w:t>
      </w:r>
    </w:p>
    <w:p w14:paraId="469501C5" w14:textId="77777777" w:rsidR="00DB143B" w:rsidRDefault="00000000">
      <w:r>
        <w:t>Nutrition: No junk food, sugar, processed, or fast food</w:t>
      </w:r>
    </w:p>
    <w:p w14:paraId="5D71CC4A" w14:textId="77777777" w:rsidR="00DB143B" w:rsidRDefault="00000000">
      <w:r>
        <w:t>Reflection Prompt:</w:t>
      </w:r>
      <w:r>
        <w:br/>
        <w:t>What is God showing me today through this discipline?</w:t>
      </w:r>
    </w:p>
    <w:p w14:paraId="71B71809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3E22CF4A" w14:textId="77777777" w:rsidR="00864871" w:rsidRDefault="00864871" w:rsidP="00864871"/>
    <w:p w14:paraId="698194B1" w14:textId="5F2589C2" w:rsidR="00DB143B" w:rsidRPr="00864871" w:rsidRDefault="00000000" w:rsidP="00864871">
      <w:pPr>
        <w:rPr>
          <w:sz w:val="28"/>
          <w:szCs w:val="28"/>
        </w:rPr>
      </w:pPr>
      <w:r w:rsidRPr="00864871">
        <w:rPr>
          <w:b/>
          <w:bCs/>
          <w:color w:val="D99594" w:themeColor="accent2" w:themeTint="99"/>
          <w:sz w:val="28"/>
          <w:szCs w:val="28"/>
          <w:u w:val="single"/>
        </w:rPr>
        <w:t>Day 16: Your Body is a Temple</w:t>
      </w:r>
    </w:p>
    <w:p w14:paraId="2B3231B4" w14:textId="77777777" w:rsidR="00DB143B" w:rsidRDefault="00000000">
      <w:r>
        <w:t>Scripture: 1 Corinthians 6:19-20</w:t>
      </w:r>
    </w:p>
    <w:p w14:paraId="3FA99358" w14:textId="77777777" w:rsidR="00DB143B" w:rsidRDefault="00000000">
      <w:r>
        <w:t>Devotional Thought:</w:t>
      </w:r>
      <w:r>
        <w:br/>
        <w:t>Honor God with your body today. Fuel it and move it with intention.</w:t>
      </w:r>
    </w:p>
    <w:p w14:paraId="67865F59" w14:textId="77777777" w:rsidR="00DB143B" w:rsidRDefault="00000000">
      <w:r>
        <w:t>Workout Options:</w:t>
      </w:r>
      <w:r>
        <w:br/>
        <w:t>- Easy: Walk &amp; pray</w:t>
      </w:r>
      <w:r>
        <w:br/>
        <w:t>- Medium: Core isolation</w:t>
      </w:r>
      <w:r>
        <w:br/>
        <w:t>- Hard: Interval sprints</w:t>
      </w:r>
    </w:p>
    <w:p w14:paraId="2904C501" w14:textId="77777777" w:rsidR="00DB143B" w:rsidRDefault="00000000">
      <w:r>
        <w:t>Nutrition: No junk food, sugar, processed, or fast food</w:t>
      </w:r>
    </w:p>
    <w:p w14:paraId="370691E1" w14:textId="77777777" w:rsidR="00DB143B" w:rsidRDefault="00000000">
      <w:r>
        <w:t>Reflection Prompt:</w:t>
      </w:r>
      <w:r>
        <w:br/>
        <w:t>What is God showing me today through this discipline?</w:t>
      </w:r>
    </w:p>
    <w:p w14:paraId="12172867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1D75ABB8" w14:textId="77777777" w:rsidR="00DB143B" w:rsidRDefault="00000000">
      <w:r>
        <w:br w:type="page"/>
      </w:r>
    </w:p>
    <w:p w14:paraId="46498371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864871">
        <w:rPr>
          <w:rFonts w:asciiTheme="minorHAnsi" w:hAnsiTheme="minorHAnsi"/>
          <w:color w:val="D99594" w:themeColor="accent2" w:themeTint="99"/>
          <w:u w:val="single"/>
        </w:rPr>
        <w:lastRenderedPageBreak/>
        <w:t>Day 17: Choose Life</w:t>
      </w:r>
    </w:p>
    <w:p w14:paraId="6A6F06BC" w14:textId="77777777" w:rsidR="00864871" w:rsidRPr="00864871" w:rsidRDefault="00864871" w:rsidP="00864871"/>
    <w:p w14:paraId="0D44587A" w14:textId="77777777" w:rsidR="00DB143B" w:rsidRDefault="00000000">
      <w:r>
        <w:t>Scripture: Deuteronomy 30:19</w:t>
      </w:r>
    </w:p>
    <w:p w14:paraId="1202EC4E" w14:textId="77777777" w:rsidR="00DB143B" w:rsidRDefault="00000000">
      <w:r>
        <w:t>Devotional Thought:</w:t>
      </w:r>
      <w:r>
        <w:br/>
        <w:t>Every choice matters. Choose life in your habits, food, thoughts, and focus.</w:t>
      </w:r>
    </w:p>
    <w:p w14:paraId="153037B7" w14:textId="77777777" w:rsidR="00DB143B" w:rsidRDefault="00000000">
      <w:r>
        <w:t>Workout Options:</w:t>
      </w:r>
      <w:r>
        <w:br/>
        <w:t>- Easy: Wall pilates</w:t>
      </w:r>
      <w:r>
        <w:br/>
        <w:t>- Medium: Circuit strength</w:t>
      </w:r>
      <w:r>
        <w:br/>
        <w:t>- Hard: Endurance test</w:t>
      </w:r>
    </w:p>
    <w:p w14:paraId="75D636FA" w14:textId="77777777" w:rsidR="00DB143B" w:rsidRDefault="00000000">
      <w:r>
        <w:t>Nutrition: No junk food, sugar, processed, or fast food</w:t>
      </w:r>
    </w:p>
    <w:p w14:paraId="36080A4F" w14:textId="77777777" w:rsidR="00DB143B" w:rsidRDefault="00000000">
      <w:r>
        <w:t>Reflection Prompt:</w:t>
      </w:r>
      <w:r>
        <w:br/>
        <w:t>What is God showing me today through this discipline?</w:t>
      </w:r>
    </w:p>
    <w:p w14:paraId="6D804B58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68C966F0" w14:textId="77777777" w:rsidR="00864871" w:rsidRDefault="00864871" w:rsidP="00864871"/>
    <w:p w14:paraId="791387B8" w14:textId="13882392" w:rsidR="00DB143B" w:rsidRPr="00864871" w:rsidRDefault="00000000" w:rsidP="00864871">
      <w:pPr>
        <w:rPr>
          <w:sz w:val="28"/>
          <w:szCs w:val="28"/>
        </w:rPr>
      </w:pPr>
      <w:r w:rsidRPr="00864871">
        <w:rPr>
          <w:b/>
          <w:bCs/>
          <w:color w:val="D99594" w:themeColor="accent2" w:themeTint="99"/>
          <w:sz w:val="28"/>
          <w:szCs w:val="28"/>
          <w:u w:val="single"/>
        </w:rPr>
        <w:t>Day 18: Set Your Mind Above</w:t>
      </w:r>
    </w:p>
    <w:p w14:paraId="7D4A94E7" w14:textId="77777777" w:rsidR="00DB143B" w:rsidRDefault="00000000">
      <w:r>
        <w:t>Scripture: Colossians 3:2</w:t>
      </w:r>
    </w:p>
    <w:p w14:paraId="313F53E3" w14:textId="77777777" w:rsidR="00DB143B" w:rsidRDefault="00000000">
      <w:r>
        <w:t>Devotional Thought:</w:t>
      </w:r>
      <w:r>
        <w:br/>
        <w:t>Shift your focus from temporary discomfort to eternal truth.</w:t>
      </w:r>
    </w:p>
    <w:p w14:paraId="6581E994" w14:textId="77777777" w:rsidR="00DB143B" w:rsidRDefault="00000000">
      <w:r>
        <w:t>Workout Options:</w:t>
      </w:r>
      <w:r>
        <w:br/>
        <w:t>- Easy: Morning movement</w:t>
      </w:r>
      <w:r>
        <w:br/>
        <w:t>- Medium: Core blast</w:t>
      </w:r>
      <w:r>
        <w:br/>
        <w:t>- Hard: Kickboxing</w:t>
      </w:r>
    </w:p>
    <w:p w14:paraId="43EAC2DC" w14:textId="77777777" w:rsidR="00DB143B" w:rsidRDefault="00000000">
      <w:r>
        <w:t>Nutrition: No junk food, sugar, processed, or fast food</w:t>
      </w:r>
    </w:p>
    <w:p w14:paraId="20424193" w14:textId="77777777" w:rsidR="00DB143B" w:rsidRDefault="00000000">
      <w:r>
        <w:t>Reflection Prompt:</w:t>
      </w:r>
      <w:r>
        <w:br/>
        <w:t>What is God showing me today through this discipline?</w:t>
      </w:r>
    </w:p>
    <w:p w14:paraId="28DA5B1A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5BE5BED9" w14:textId="77777777" w:rsidR="00DB143B" w:rsidRDefault="00000000">
      <w:r>
        <w:br w:type="page"/>
      </w:r>
    </w:p>
    <w:p w14:paraId="17D772D6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sz w:val="30"/>
          <w:szCs w:val="30"/>
          <w:u w:val="single"/>
        </w:rPr>
      </w:pPr>
      <w:r w:rsidRPr="00864871">
        <w:rPr>
          <w:rFonts w:asciiTheme="minorHAnsi" w:hAnsiTheme="minorHAnsi"/>
          <w:color w:val="D99594" w:themeColor="accent2" w:themeTint="99"/>
          <w:sz w:val="30"/>
          <w:szCs w:val="30"/>
          <w:u w:val="single"/>
        </w:rPr>
        <w:lastRenderedPageBreak/>
        <w:t>Day 19: Endurance Builds Faith</w:t>
      </w:r>
    </w:p>
    <w:p w14:paraId="4CC8AF7F" w14:textId="77777777" w:rsidR="00864871" w:rsidRPr="00864871" w:rsidRDefault="00864871" w:rsidP="00864871"/>
    <w:p w14:paraId="3F5D33B7" w14:textId="77777777" w:rsidR="00DB143B" w:rsidRDefault="00000000">
      <w:r>
        <w:t>Scripture: James 1:3-4</w:t>
      </w:r>
    </w:p>
    <w:p w14:paraId="7595C141" w14:textId="77777777" w:rsidR="00DB143B" w:rsidRDefault="00000000">
      <w:r>
        <w:t>Devotional Thought:</w:t>
      </w:r>
      <w:r>
        <w:br/>
        <w:t>Let this process mature you. It’s not just fitness—it’s faith training.</w:t>
      </w:r>
    </w:p>
    <w:p w14:paraId="0D23C949" w14:textId="77777777" w:rsidR="00DB143B" w:rsidRDefault="00000000">
      <w:r>
        <w:t>Workout Options:</w:t>
      </w:r>
      <w:r>
        <w:br/>
        <w:t>- Easy: Neck &amp; shoulder release</w:t>
      </w:r>
      <w:r>
        <w:br/>
        <w:t>- Medium: Lower body sculpt</w:t>
      </w:r>
      <w:r>
        <w:br/>
        <w:t>- Hard: Cardio flow</w:t>
      </w:r>
    </w:p>
    <w:p w14:paraId="30EDB3F0" w14:textId="77777777" w:rsidR="00DB143B" w:rsidRDefault="00000000">
      <w:r>
        <w:t>Nutrition: No junk food, sugar, processed, or fast food</w:t>
      </w:r>
    </w:p>
    <w:p w14:paraId="2A1CBD6E" w14:textId="77777777" w:rsidR="00DB143B" w:rsidRDefault="00000000">
      <w:r>
        <w:t>Reflection Prompt:</w:t>
      </w:r>
      <w:r>
        <w:br/>
        <w:t>What is God showing me today through this discipline?</w:t>
      </w:r>
    </w:p>
    <w:p w14:paraId="2B9BE421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581560AB" w14:textId="77777777" w:rsidR="00864871" w:rsidRDefault="00864871" w:rsidP="00864871"/>
    <w:p w14:paraId="0074B3C2" w14:textId="0D1775F8" w:rsidR="00DB143B" w:rsidRPr="00864871" w:rsidRDefault="00000000" w:rsidP="00864871">
      <w:pPr>
        <w:rPr>
          <w:b/>
          <w:bCs/>
          <w:sz w:val="28"/>
          <w:szCs w:val="28"/>
        </w:rPr>
      </w:pPr>
      <w:r w:rsidRPr="00864871">
        <w:rPr>
          <w:b/>
          <w:bCs/>
          <w:color w:val="D99594" w:themeColor="accent2" w:themeTint="99"/>
          <w:sz w:val="28"/>
          <w:szCs w:val="28"/>
          <w:u w:val="single"/>
        </w:rPr>
        <w:t>Day 20: Jesus Withdrew to Pray</w:t>
      </w:r>
    </w:p>
    <w:p w14:paraId="1820D56C" w14:textId="77777777" w:rsidR="00DB143B" w:rsidRDefault="00000000">
      <w:r>
        <w:t>Scripture: Luke 5:16</w:t>
      </w:r>
    </w:p>
    <w:p w14:paraId="3EA84FB3" w14:textId="77777777" w:rsidR="00DB143B" w:rsidRDefault="00000000">
      <w:r>
        <w:t>Devotional Thought:</w:t>
      </w:r>
      <w:r>
        <w:br/>
        <w:t>Even Jesus rested. Make space to withdraw, breathe, and be with the Father.</w:t>
      </w:r>
    </w:p>
    <w:p w14:paraId="5A066599" w14:textId="77777777" w:rsidR="00DB143B" w:rsidRDefault="00000000">
      <w:r>
        <w:t>Workout Options:</w:t>
      </w:r>
      <w:r>
        <w:br/>
        <w:t>- Easy: Breathwork &amp; mobility</w:t>
      </w:r>
      <w:r>
        <w:br/>
        <w:t>- Medium: Functional flow</w:t>
      </w:r>
      <w:r>
        <w:br/>
        <w:t>- Hard: Explosive training</w:t>
      </w:r>
    </w:p>
    <w:p w14:paraId="42747F77" w14:textId="77777777" w:rsidR="00DB143B" w:rsidRDefault="00000000">
      <w:r>
        <w:t>Nutrition: No junk food, sugar, processed, or fast food</w:t>
      </w:r>
    </w:p>
    <w:p w14:paraId="0A4ACCC1" w14:textId="77777777" w:rsidR="00DB143B" w:rsidRDefault="00000000">
      <w:r>
        <w:t>Reflection Prompt:</w:t>
      </w:r>
      <w:r>
        <w:br/>
        <w:t>What is God showing me today through this discipline?</w:t>
      </w:r>
    </w:p>
    <w:p w14:paraId="729DB764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279168C5" w14:textId="77777777" w:rsidR="00DB143B" w:rsidRDefault="00000000">
      <w:r>
        <w:br w:type="page"/>
      </w:r>
    </w:p>
    <w:p w14:paraId="106D278F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864871">
        <w:rPr>
          <w:rFonts w:asciiTheme="minorHAnsi" w:hAnsiTheme="minorHAnsi"/>
          <w:color w:val="D99594" w:themeColor="accent2" w:themeTint="99"/>
          <w:u w:val="single"/>
        </w:rPr>
        <w:lastRenderedPageBreak/>
        <w:t>Day 21: Don’t Conform—Transform</w:t>
      </w:r>
    </w:p>
    <w:p w14:paraId="3E0F2C72" w14:textId="77777777" w:rsidR="00864871" w:rsidRPr="00864871" w:rsidRDefault="00864871" w:rsidP="00864871"/>
    <w:p w14:paraId="46935232" w14:textId="77777777" w:rsidR="00DB143B" w:rsidRDefault="00000000">
      <w:r>
        <w:t>Scripture: Romans 12:2</w:t>
      </w:r>
    </w:p>
    <w:p w14:paraId="1CC51950" w14:textId="77777777" w:rsidR="00DB143B" w:rsidRDefault="00000000">
      <w:r>
        <w:t>Devotional Thought:</w:t>
      </w:r>
      <w:r>
        <w:br/>
        <w:t>God is renewing your mind daily. Let today be another step toward transformation.</w:t>
      </w:r>
    </w:p>
    <w:p w14:paraId="5068E109" w14:textId="77777777" w:rsidR="00DB143B" w:rsidRDefault="00000000">
      <w:r>
        <w:t>Workout Options:</w:t>
      </w:r>
      <w:r>
        <w:br/>
        <w:t>- Easy: Pilates mat</w:t>
      </w:r>
      <w:r>
        <w:br/>
        <w:t>- Medium: Ladder strength</w:t>
      </w:r>
      <w:r>
        <w:br/>
        <w:t>- Hard: Tabata burnout</w:t>
      </w:r>
    </w:p>
    <w:p w14:paraId="628E0157" w14:textId="77777777" w:rsidR="00DB143B" w:rsidRDefault="00000000">
      <w:r>
        <w:t>Nutrition: No junk food, sugar, processed, or fast food</w:t>
      </w:r>
    </w:p>
    <w:p w14:paraId="7CD65618" w14:textId="77777777" w:rsidR="00DB143B" w:rsidRDefault="00000000">
      <w:r>
        <w:t>Reflection Prompt:</w:t>
      </w:r>
      <w:r>
        <w:br/>
        <w:t>What is God showing me today through this discipline?</w:t>
      </w:r>
    </w:p>
    <w:p w14:paraId="45B1E1B6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542CDADB" w14:textId="77777777" w:rsidR="00DB143B" w:rsidRDefault="00000000">
      <w:r>
        <w:br w:type="page"/>
      </w:r>
    </w:p>
    <w:p w14:paraId="57D4F84C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864871">
        <w:rPr>
          <w:rFonts w:asciiTheme="minorHAnsi" w:hAnsiTheme="minorHAnsi"/>
          <w:color w:val="D99594" w:themeColor="accent2" w:themeTint="99"/>
          <w:u w:val="single"/>
        </w:rPr>
        <w:lastRenderedPageBreak/>
        <w:t>Day 22: Wait on the Lord</w:t>
      </w:r>
    </w:p>
    <w:p w14:paraId="4219E331" w14:textId="77777777" w:rsidR="00B83A2E" w:rsidRPr="00B83A2E" w:rsidRDefault="00B83A2E" w:rsidP="00B83A2E"/>
    <w:p w14:paraId="2046554D" w14:textId="77777777" w:rsidR="00DB143B" w:rsidRDefault="00000000">
      <w:r>
        <w:t>Scripture: Isaiah 40:31</w:t>
      </w:r>
    </w:p>
    <w:p w14:paraId="45432EB5" w14:textId="77777777" w:rsidR="00DB143B" w:rsidRDefault="00000000">
      <w:r>
        <w:t>Devotional Thought:</w:t>
      </w:r>
      <w:r>
        <w:br/>
        <w:t>As you wait and move with God, strength will rise. Keep going.</w:t>
      </w:r>
    </w:p>
    <w:p w14:paraId="3D63B763" w14:textId="77777777" w:rsidR="00DB143B" w:rsidRDefault="00000000">
      <w:r>
        <w:t>Workout Options:</w:t>
      </w:r>
      <w:r>
        <w:br/>
        <w:t>- Easy: Gratitude walk</w:t>
      </w:r>
      <w:r>
        <w:br/>
        <w:t>- Medium: Legs + abs combo</w:t>
      </w:r>
      <w:r>
        <w:br/>
        <w:t>- Hard: Push-pull supersets</w:t>
      </w:r>
    </w:p>
    <w:p w14:paraId="357F1E71" w14:textId="77777777" w:rsidR="00DB143B" w:rsidRDefault="00000000">
      <w:r>
        <w:t>Nutrition: No junk food, sugar, processed, or fast food</w:t>
      </w:r>
    </w:p>
    <w:p w14:paraId="68BFA7D8" w14:textId="77777777" w:rsidR="00DB143B" w:rsidRDefault="00000000">
      <w:r>
        <w:t>Reflection Prompt:</w:t>
      </w:r>
      <w:r>
        <w:br/>
        <w:t>What is God showing me today through this discipline?</w:t>
      </w:r>
    </w:p>
    <w:p w14:paraId="1B96FEA9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5DED4D9F" w14:textId="77777777" w:rsidR="00B83A2E" w:rsidRDefault="00B83A2E" w:rsidP="00B83A2E"/>
    <w:p w14:paraId="427452FE" w14:textId="61FA6478" w:rsidR="00DB143B" w:rsidRPr="00B83A2E" w:rsidRDefault="00000000" w:rsidP="00B83A2E">
      <w:pPr>
        <w:rPr>
          <w:b/>
          <w:bCs/>
          <w:sz w:val="28"/>
          <w:szCs w:val="28"/>
        </w:rPr>
      </w:pPr>
      <w:r w:rsidRPr="00B83A2E">
        <w:rPr>
          <w:b/>
          <w:bCs/>
          <w:color w:val="D99594" w:themeColor="accent2" w:themeTint="99"/>
          <w:sz w:val="28"/>
          <w:szCs w:val="28"/>
          <w:u w:val="single"/>
        </w:rPr>
        <w:t>Day 23: Discipline is Love</w:t>
      </w:r>
    </w:p>
    <w:p w14:paraId="03A0BE28" w14:textId="77777777" w:rsidR="00DB143B" w:rsidRDefault="00000000">
      <w:r>
        <w:t>Scripture: Hebrews 12:6</w:t>
      </w:r>
    </w:p>
    <w:p w14:paraId="48ABBCE1" w14:textId="77777777" w:rsidR="00DB143B" w:rsidRDefault="00000000">
      <w:r>
        <w:t>Devotional Thought:</w:t>
      </w:r>
      <w:r>
        <w:br/>
        <w:t>God disciplines those He loves. Let today’s challenge shape your character.</w:t>
      </w:r>
    </w:p>
    <w:p w14:paraId="7F79CDFD" w14:textId="77777777" w:rsidR="00DB143B" w:rsidRDefault="00000000">
      <w:r>
        <w:t>Workout Options:</w:t>
      </w:r>
      <w:r>
        <w:br/>
        <w:t>- Easy: Flex &amp; faith</w:t>
      </w:r>
      <w:r>
        <w:br/>
        <w:t>- Medium: Stability challenge</w:t>
      </w:r>
      <w:r>
        <w:br/>
        <w:t>- Hard: Burpee blast</w:t>
      </w:r>
    </w:p>
    <w:p w14:paraId="7EE06355" w14:textId="77777777" w:rsidR="00DB143B" w:rsidRDefault="00000000">
      <w:r>
        <w:t>Nutrition: No junk food, sugar, processed, or fast food</w:t>
      </w:r>
    </w:p>
    <w:p w14:paraId="014FC0D3" w14:textId="77777777" w:rsidR="00DB143B" w:rsidRDefault="00000000">
      <w:r>
        <w:t>Reflection Prompt:</w:t>
      </w:r>
      <w:r>
        <w:br/>
        <w:t>What is God showing me today through this discipline?</w:t>
      </w:r>
    </w:p>
    <w:p w14:paraId="6BA50563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34CCA3A6" w14:textId="77777777" w:rsidR="00DB143B" w:rsidRDefault="00000000">
      <w:r>
        <w:br w:type="page"/>
      </w:r>
    </w:p>
    <w:p w14:paraId="29AEDFE9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B83A2E">
        <w:rPr>
          <w:rFonts w:asciiTheme="minorHAnsi" w:hAnsiTheme="minorHAnsi"/>
          <w:color w:val="D99594" w:themeColor="accent2" w:themeTint="99"/>
          <w:u w:val="single"/>
        </w:rPr>
        <w:lastRenderedPageBreak/>
        <w:t>Day 24: Guard Your Heart</w:t>
      </w:r>
    </w:p>
    <w:p w14:paraId="504BD137" w14:textId="77777777" w:rsidR="00B83A2E" w:rsidRPr="00B83A2E" w:rsidRDefault="00B83A2E" w:rsidP="00B83A2E"/>
    <w:p w14:paraId="34D0C7DC" w14:textId="77777777" w:rsidR="00DB143B" w:rsidRDefault="00000000">
      <w:r>
        <w:t>Scripture: Proverbs 4:23</w:t>
      </w:r>
    </w:p>
    <w:p w14:paraId="48901112" w14:textId="77777777" w:rsidR="00DB143B" w:rsidRDefault="00000000">
      <w:r>
        <w:t>Devotional Thought:</w:t>
      </w:r>
      <w:r>
        <w:br/>
        <w:t>Everything flows from your heart. Protect it by what you allow in—body and soul.</w:t>
      </w:r>
    </w:p>
    <w:p w14:paraId="59EBCAAF" w14:textId="77777777" w:rsidR="00DB143B" w:rsidRDefault="00000000">
      <w:r>
        <w:t>Workout Options:</w:t>
      </w:r>
      <w:r>
        <w:br/>
        <w:t>- Easy: Stretch restore</w:t>
      </w:r>
      <w:r>
        <w:br/>
        <w:t>- Medium: Cardio + tone</w:t>
      </w:r>
      <w:r>
        <w:br/>
        <w:t>- Hard: EMOM body crush</w:t>
      </w:r>
    </w:p>
    <w:p w14:paraId="45CB9209" w14:textId="77777777" w:rsidR="00DB143B" w:rsidRDefault="00000000">
      <w:r>
        <w:t>Nutrition: No junk food, sugar, processed, or fast food</w:t>
      </w:r>
    </w:p>
    <w:p w14:paraId="2DAE43C7" w14:textId="77777777" w:rsidR="00DB143B" w:rsidRDefault="00000000">
      <w:r>
        <w:t>Reflection Prompt:</w:t>
      </w:r>
      <w:r>
        <w:br/>
        <w:t>What is God showing me today through this discipline?</w:t>
      </w:r>
    </w:p>
    <w:p w14:paraId="116B0156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3C77CEB0" w14:textId="77777777" w:rsidR="00B83A2E" w:rsidRDefault="00B83A2E" w:rsidP="00B83A2E"/>
    <w:p w14:paraId="2DEE2F32" w14:textId="6DBB1093" w:rsidR="00DB143B" w:rsidRPr="00B83A2E" w:rsidRDefault="00000000" w:rsidP="00B83A2E">
      <w:pPr>
        <w:rPr>
          <w:sz w:val="28"/>
          <w:szCs w:val="28"/>
        </w:rPr>
      </w:pPr>
      <w:r w:rsidRPr="00B83A2E">
        <w:rPr>
          <w:b/>
          <w:bCs/>
          <w:color w:val="D99594" w:themeColor="accent2" w:themeTint="99"/>
          <w:sz w:val="28"/>
          <w:szCs w:val="28"/>
          <w:u w:val="single"/>
        </w:rPr>
        <w:t>Day 25: Faith Without Works</w:t>
      </w:r>
    </w:p>
    <w:p w14:paraId="25955666" w14:textId="77777777" w:rsidR="00DB143B" w:rsidRDefault="00000000">
      <w:r>
        <w:t>Scripture: James 2:17</w:t>
      </w:r>
    </w:p>
    <w:p w14:paraId="6D205A99" w14:textId="77777777" w:rsidR="00DB143B" w:rsidRDefault="00000000">
      <w:r>
        <w:t>Devotional Thought:</w:t>
      </w:r>
      <w:r>
        <w:br/>
        <w:t>You’ve prayed—now move. Let your actions echo your faith.</w:t>
      </w:r>
    </w:p>
    <w:p w14:paraId="0D408DBB" w14:textId="77777777" w:rsidR="00DB143B" w:rsidRDefault="00000000">
      <w:r>
        <w:t>Workout Options:</w:t>
      </w:r>
      <w:r>
        <w:br/>
        <w:t>- Easy: Slow sculpt</w:t>
      </w:r>
      <w:r>
        <w:br/>
        <w:t>- Medium: Endurance combo</w:t>
      </w:r>
      <w:r>
        <w:br/>
        <w:t>- Hard: Speed intervals</w:t>
      </w:r>
    </w:p>
    <w:p w14:paraId="0089F2DD" w14:textId="77777777" w:rsidR="00DB143B" w:rsidRDefault="00000000">
      <w:r>
        <w:t>Nutrition: No junk food, sugar, processed, or fast food</w:t>
      </w:r>
    </w:p>
    <w:p w14:paraId="4736B70A" w14:textId="77777777" w:rsidR="00DB143B" w:rsidRDefault="00000000">
      <w:r>
        <w:t>Reflection Prompt:</w:t>
      </w:r>
      <w:r>
        <w:br/>
        <w:t>What is God showing me today through this discipline?</w:t>
      </w:r>
    </w:p>
    <w:p w14:paraId="1918E1AA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6A95EC54" w14:textId="77777777" w:rsidR="00DB143B" w:rsidRDefault="00000000">
      <w:r>
        <w:br w:type="page"/>
      </w:r>
    </w:p>
    <w:p w14:paraId="14984DDA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B83A2E">
        <w:rPr>
          <w:rFonts w:asciiTheme="minorHAnsi" w:hAnsiTheme="minorHAnsi"/>
          <w:color w:val="D99594" w:themeColor="accent2" w:themeTint="99"/>
          <w:u w:val="single"/>
        </w:rPr>
        <w:lastRenderedPageBreak/>
        <w:t>Day 26: Stay the Course</w:t>
      </w:r>
    </w:p>
    <w:p w14:paraId="508755EB" w14:textId="77777777" w:rsidR="00B83A2E" w:rsidRPr="00B83A2E" w:rsidRDefault="00B83A2E" w:rsidP="00B83A2E"/>
    <w:p w14:paraId="31EF56EC" w14:textId="77777777" w:rsidR="00DB143B" w:rsidRDefault="00000000">
      <w:r>
        <w:t>Scripture: Hebrews 12:1</w:t>
      </w:r>
    </w:p>
    <w:p w14:paraId="45E67473" w14:textId="77777777" w:rsidR="00DB143B" w:rsidRDefault="00000000">
      <w:r>
        <w:t>Devotional Thought:</w:t>
      </w:r>
      <w:r>
        <w:br/>
        <w:t>There’s a race marked for you. Throw off the weight and stay the course.</w:t>
      </w:r>
    </w:p>
    <w:p w14:paraId="350E3C04" w14:textId="77777777" w:rsidR="00DB143B" w:rsidRDefault="00000000">
      <w:r>
        <w:t>Workout Options:</w:t>
      </w:r>
      <w:r>
        <w:br/>
        <w:t>- Easy: Deep hip release</w:t>
      </w:r>
      <w:r>
        <w:br/>
        <w:t>- Medium: Power flow</w:t>
      </w:r>
      <w:r>
        <w:br/>
        <w:t>- Hard: Power yoga + core</w:t>
      </w:r>
    </w:p>
    <w:p w14:paraId="7E212FEE" w14:textId="77777777" w:rsidR="00DB143B" w:rsidRDefault="00000000">
      <w:r>
        <w:t>Nutrition: No junk food, sugar, processed, or fast food</w:t>
      </w:r>
    </w:p>
    <w:p w14:paraId="5A38AC6E" w14:textId="77777777" w:rsidR="00DB143B" w:rsidRDefault="00000000">
      <w:r>
        <w:t>Reflection Prompt:</w:t>
      </w:r>
      <w:r>
        <w:br/>
        <w:t>What is God showing me today through this discipline?</w:t>
      </w:r>
    </w:p>
    <w:p w14:paraId="4B3BD240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472B7687" w14:textId="77777777" w:rsidR="00B83A2E" w:rsidRDefault="00B83A2E" w:rsidP="00B83A2E"/>
    <w:p w14:paraId="304A1B2D" w14:textId="64A91F87" w:rsidR="00DB143B" w:rsidRPr="00B83A2E" w:rsidRDefault="00000000" w:rsidP="00B83A2E">
      <w:pPr>
        <w:rPr>
          <w:sz w:val="28"/>
          <w:szCs w:val="28"/>
        </w:rPr>
      </w:pPr>
      <w:r w:rsidRPr="00B83A2E">
        <w:rPr>
          <w:b/>
          <w:bCs/>
          <w:color w:val="D99594" w:themeColor="accent2" w:themeTint="99"/>
          <w:sz w:val="28"/>
          <w:szCs w:val="28"/>
          <w:u w:val="single"/>
        </w:rPr>
        <w:t>Day 27: The Joy of the Lord</w:t>
      </w:r>
    </w:p>
    <w:p w14:paraId="26015DD3" w14:textId="77777777" w:rsidR="00DB143B" w:rsidRDefault="00000000">
      <w:r>
        <w:t>Scripture: Nehemiah 8:10</w:t>
      </w:r>
    </w:p>
    <w:p w14:paraId="1D791E47" w14:textId="77777777" w:rsidR="00DB143B" w:rsidRDefault="00000000">
      <w:r>
        <w:t>Devotional Thought:</w:t>
      </w:r>
      <w:r>
        <w:br/>
        <w:t>Let joy be your strength today—joy in progress, in peace, in presence.</w:t>
      </w:r>
    </w:p>
    <w:p w14:paraId="4A8B4D3A" w14:textId="77777777" w:rsidR="00DB143B" w:rsidRDefault="00000000">
      <w:r>
        <w:t>Workout Options:</w:t>
      </w:r>
      <w:r>
        <w:br/>
        <w:t>- Easy: Recovery walk</w:t>
      </w:r>
      <w:r>
        <w:br/>
        <w:t>- Medium: Bodyweight burnout</w:t>
      </w:r>
      <w:r>
        <w:br/>
        <w:t>- Hard: Circuit shock</w:t>
      </w:r>
    </w:p>
    <w:p w14:paraId="5D1E9631" w14:textId="77777777" w:rsidR="00DB143B" w:rsidRDefault="00000000">
      <w:r>
        <w:t>Nutrition: No junk food, sugar, processed, or fast food</w:t>
      </w:r>
    </w:p>
    <w:p w14:paraId="7974B3C2" w14:textId="77777777" w:rsidR="00DB143B" w:rsidRDefault="00000000">
      <w:r>
        <w:t>Reflection Prompt:</w:t>
      </w:r>
      <w:r>
        <w:br/>
        <w:t>What is God showing me today through this discipline?</w:t>
      </w:r>
    </w:p>
    <w:p w14:paraId="0D211124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489B48B3" w14:textId="77777777" w:rsidR="00DB143B" w:rsidRDefault="00000000">
      <w:r>
        <w:br w:type="page"/>
      </w:r>
    </w:p>
    <w:p w14:paraId="0840E4D4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B83A2E">
        <w:rPr>
          <w:rFonts w:asciiTheme="minorHAnsi" w:hAnsiTheme="minorHAnsi"/>
          <w:color w:val="D99594" w:themeColor="accent2" w:themeTint="99"/>
          <w:u w:val="single"/>
        </w:rPr>
        <w:lastRenderedPageBreak/>
        <w:t>Day 28: God’s Grace is Sufficient</w:t>
      </w:r>
    </w:p>
    <w:p w14:paraId="60DB9499" w14:textId="77777777" w:rsidR="00B83A2E" w:rsidRPr="00B83A2E" w:rsidRDefault="00B83A2E" w:rsidP="00B83A2E"/>
    <w:p w14:paraId="3C975EC6" w14:textId="77777777" w:rsidR="00DB143B" w:rsidRDefault="00000000">
      <w:r>
        <w:t>Scripture: 2 Corinthians 12:9</w:t>
      </w:r>
    </w:p>
    <w:p w14:paraId="161BAFE5" w14:textId="77777777" w:rsidR="00DB143B" w:rsidRDefault="00000000">
      <w:r>
        <w:t>Devotional Thought:</w:t>
      </w:r>
      <w:r>
        <w:br/>
        <w:t>Grace meets you when strength runs low. Lean into Him, not pressure.</w:t>
      </w:r>
    </w:p>
    <w:p w14:paraId="3F378F20" w14:textId="77777777" w:rsidR="00DB143B" w:rsidRDefault="00000000">
      <w:r>
        <w:t>Workout Options:</w:t>
      </w:r>
      <w:r>
        <w:br/>
        <w:t>- Easy: Foam roll + prayer</w:t>
      </w:r>
      <w:r>
        <w:br/>
        <w:t>- Medium: Kick + core</w:t>
      </w:r>
      <w:r>
        <w:br/>
        <w:t>- Hard: Strength challenge</w:t>
      </w:r>
    </w:p>
    <w:p w14:paraId="517A9B89" w14:textId="77777777" w:rsidR="00DB143B" w:rsidRDefault="00000000">
      <w:r>
        <w:t>Nutrition: No junk food, sugar, processed, or fast food</w:t>
      </w:r>
    </w:p>
    <w:p w14:paraId="67ADB999" w14:textId="77777777" w:rsidR="00DB143B" w:rsidRDefault="00000000">
      <w:r>
        <w:t>Reflection Prompt:</w:t>
      </w:r>
      <w:r>
        <w:br/>
        <w:t>What is God showing me today through this discipline?</w:t>
      </w:r>
    </w:p>
    <w:p w14:paraId="0EB612D4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0F0F100C" w14:textId="77777777" w:rsidR="00B83A2E" w:rsidRDefault="00B83A2E" w:rsidP="00B83A2E"/>
    <w:p w14:paraId="7AE526FA" w14:textId="76D61C78" w:rsidR="00DB143B" w:rsidRPr="00B83A2E" w:rsidRDefault="00000000" w:rsidP="00B83A2E">
      <w:pPr>
        <w:rPr>
          <w:b/>
          <w:bCs/>
          <w:sz w:val="28"/>
          <w:szCs w:val="28"/>
        </w:rPr>
      </w:pPr>
      <w:r w:rsidRPr="00B83A2E">
        <w:rPr>
          <w:b/>
          <w:bCs/>
          <w:color w:val="D99594" w:themeColor="accent2" w:themeTint="99"/>
          <w:sz w:val="28"/>
          <w:szCs w:val="28"/>
          <w:u w:val="single"/>
        </w:rPr>
        <w:t>Day 29: Be Still and Know</w:t>
      </w:r>
    </w:p>
    <w:p w14:paraId="44153656" w14:textId="77777777" w:rsidR="00DB143B" w:rsidRDefault="00000000">
      <w:r>
        <w:t>Scripture: Psalm 46:10</w:t>
      </w:r>
    </w:p>
    <w:p w14:paraId="7CD26245" w14:textId="77777777" w:rsidR="00DB143B" w:rsidRDefault="00000000">
      <w:r>
        <w:t>Devotional Thought:</w:t>
      </w:r>
      <w:r>
        <w:br/>
        <w:t>Stillness is not weakness—it’s awareness of God's strength around you.</w:t>
      </w:r>
    </w:p>
    <w:p w14:paraId="2E10F9E3" w14:textId="77777777" w:rsidR="00DB143B" w:rsidRDefault="00000000">
      <w:r>
        <w:t>Workout Options:</w:t>
      </w:r>
      <w:r>
        <w:br/>
        <w:t>- Easy: Slow mobility</w:t>
      </w:r>
      <w:r>
        <w:br/>
        <w:t>- Medium: Flow &amp; tone</w:t>
      </w:r>
      <w:r>
        <w:br/>
        <w:t>- Hard: HIIT + abs finisher</w:t>
      </w:r>
    </w:p>
    <w:p w14:paraId="5C4F46DD" w14:textId="77777777" w:rsidR="00DB143B" w:rsidRDefault="00000000">
      <w:r>
        <w:t>Nutrition: No junk food, sugar, processed, or fast food</w:t>
      </w:r>
    </w:p>
    <w:p w14:paraId="685E7E79" w14:textId="77777777" w:rsidR="00DB143B" w:rsidRDefault="00000000">
      <w:r>
        <w:t>Reflection Prompt:</w:t>
      </w:r>
      <w:r>
        <w:br/>
        <w:t>What is God showing me today through this discipline?</w:t>
      </w:r>
    </w:p>
    <w:p w14:paraId="0C26E145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4A9CCA77" w14:textId="77777777" w:rsidR="00DB143B" w:rsidRDefault="00000000">
      <w:r>
        <w:br w:type="page"/>
      </w:r>
    </w:p>
    <w:p w14:paraId="7C100C1F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  <w:u w:val="single"/>
        </w:rPr>
      </w:pPr>
      <w:r w:rsidRPr="00B83A2E">
        <w:rPr>
          <w:rFonts w:asciiTheme="minorHAnsi" w:hAnsiTheme="minorHAnsi"/>
          <w:color w:val="D99594" w:themeColor="accent2" w:themeTint="99"/>
          <w:u w:val="single"/>
        </w:rPr>
        <w:lastRenderedPageBreak/>
        <w:t>Day 30: Finish Anchored</w:t>
      </w:r>
    </w:p>
    <w:p w14:paraId="791F48B4" w14:textId="77777777" w:rsidR="00B83A2E" w:rsidRPr="00B83A2E" w:rsidRDefault="00B83A2E" w:rsidP="00B83A2E"/>
    <w:p w14:paraId="0EADF9C0" w14:textId="77777777" w:rsidR="00DB143B" w:rsidRDefault="00000000">
      <w:r>
        <w:t>Scripture: Philippians 1:6</w:t>
      </w:r>
    </w:p>
    <w:p w14:paraId="4352F139" w14:textId="77777777" w:rsidR="00DB143B" w:rsidRDefault="00000000">
      <w:r>
        <w:t>Devotional Thought:</w:t>
      </w:r>
      <w:r>
        <w:br/>
        <w:t>He who began this work in you will complete it. You’re anchored, obedient, and unstoppable.</w:t>
      </w:r>
    </w:p>
    <w:p w14:paraId="5FFCF391" w14:textId="77777777" w:rsidR="00DB143B" w:rsidRDefault="00000000">
      <w:r>
        <w:t>Workout Options:</w:t>
      </w:r>
      <w:r>
        <w:br/>
        <w:t>- Easy: Victory walk</w:t>
      </w:r>
      <w:r>
        <w:br/>
        <w:t>- Medium: Mixed cardio strength</w:t>
      </w:r>
      <w:r>
        <w:br/>
        <w:t>- Hard: Total body finale</w:t>
      </w:r>
    </w:p>
    <w:p w14:paraId="0618F60B" w14:textId="77777777" w:rsidR="00DB143B" w:rsidRDefault="00000000">
      <w:r>
        <w:t>Nutrition: No junk food, sugar, processed, or fast food</w:t>
      </w:r>
    </w:p>
    <w:p w14:paraId="06A3BAD9" w14:textId="77777777" w:rsidR="00DB143B" w:rsidRDefault="00000000">
      <w:r>
        <w:t>Reflection Prompt:</w:t>
      </w:r>
      <w:r>
        <w:br/>
        <w:t>What is God showing me today through this discipline?</w:t>
      </w:r>
    </w:p>
    <w:p w14:paraId="5243C8CF" w14:textId="77777777" w:rsidR="00DB143B" w:rsidRDefault="00000000">
      <w:r>
        <w:t>Listening Space:</w:t>
      </w:r>
      <w:r>
        <w:br/>
        <w:t>________________________________________________________________________________</w:t>
      </w:r>
      <w:r>
        <w:br/>
        <w:t>________________________________________________________________________________</w:t>
      </w:r>
    </w:p>
    <w:p w14:paraId="0D7B8CF6" w14:textId="77777777" w:rsidR="00DB143B" w:rsidRDefault="00000000">
      <w:r>
        <w:br w:type="page"/>
      </w:r>
    </w:p>
    <w:p w14:paraId="57DB7216" w14:textId="77777777" w:rsidR="00DB143B" w:rsidRDefault="00000000">
      <w:pPr>
        <w:pStyle w:val="Heading1"/>
        <w:rPr>
          <w:rFonts w:asciiTheme="minorHAnsi" w:hAnsiTheme="minorHAnsi"/>
          <w:color w:val="D99594" w:themeColor="accent2" w:themeTint="99"/>
        </w:rPr>
      </w:pPr>
      <w:r w:rsidRPr="00CD4939">
        <w:rPr>
          <w:rFonts w:asciiTheme="minorHAnsi" w:hAnsiTheme="minorHAnsi"/>
          <w:color w:val="D99594" w:themeColor="accent2" w:themeTint="99"/>
        </w:rPr>
        <w:lastRenderedPageBreak/>
        <w:t>Healthy Snack Guide</w:t>
      </w:r>
    </w:p>
    <w:p w14:paraId="4F0C3059" w14:textId="77777777" w:rsidR="00B83A2E" w:rsidRPr="00B83A2E" w:rsidRDefault="00B83A2E" w:rsidP="00B83A2E"/>
    <w:p w14:paraId="18B4A317" w14:textId="77777777" w:rsidR="00DB143B" w:rsidRDefault="00000000">
      <w:r>
        <w:t>- Apple slices with almond butter</w:t>
      </w:r>
      <w:r>
        <w:br/>
        <w:t>- Greek yogurt with berries</w:t>
      </w:r>
      <w:r>
        <w:br/>
        <w:t>- Cucumber and hummus</w:t>
      </w:r>
      <w:r>
        <w:br/>
        <w:t>- Hard-boiled eggs</w:t>
      </w:r>
      <w:r>
        <w:br/>
        <w:t>- Mixed nuts (unsalted)</w:t>
      </w:r>
      <w:r>
        <w:br/>
        <w:t>- Rice cakes with avocado</w:t>
      </w:r>
      <w:r>
        <w:br/>
        <w:t>- Celery with peanut butter</w:t>
      </w:r>
      <w:r>
        <w:br/>
        <w:t>- Protein smoothie with spinach and banana</w:t>
      </w:r>
      <w:r>
        <w:br/>
        <w:t>- Cottage cheese with pineapple</w:t>
      </w:r>
      <w:r>
        <w:br/>
        <w:t>- Roasted chickpeas</w:t>
      </w:r>
    </w:p>
    <w:p w14:paraId="76315CA0" w14:textId="77777777" w:rsidR="00CD4939" w:rsidRDefault="00CD4939" w:rsidP="00CD4939"/>
    <w:p w14:paraId="37650A03" w14:textId="3EAC61D1" w:rsidR="00DB143B" w:rsidRPr="00CD4939" w:rsidRDefault="00000000" w:rsidP="00CD4939">
      <w:pPr>
        <w:rPr>
          <w:b/>
          <w:bCs/>
          <w:sz w:val="28"/>
          <w:szCs w:val="28"/>
        </w:rPr>
      </w:pPr>
      <w:r w:rsidRPr="00CD4939">
        <w:rPr>
          <w:b/>
          <w:bCs/>
          <w:color w:val="D99594" w:themeColor="accent2" w:themeTint="99"/>
          <w:sz w:val="28"/>
          <w:szCs w:val="28"/>
        </w:rPr>
        <w:t>Sample Meal Options</w:t>
      </w:r>
    </w:p>
    <w:p w14:paraId="3A3DF6DF" w14:textId="77777777" w:rsidR="00DB143B" w:rsidRDefault="00000000">
      <w:r>
        <w:t>Breakfast:</w:t>
      </w:r>
      <w:r>
        <w:br/>
        <w:t>- Scrambled eggs with spinach and sweet potato</w:t>
      </w:r>
      <w:r>
        <w:br/>
        <w:t>- Oatmeal with chia seeds, almond milk, and blueberries</w:t>
      </w:r>
      <w:r>
        <w:br/>
        <w:t>- Smoothie with banana, protein powder, and greens</w:t>
      </w:r>
      <w:r>
        <w:br/>
      </w:r>
      <w:r>
        <w:br/>
        <w:t>Lunch:</w:t>
      </w:r>
      <w:r>
        <w:br/>
        <w:t>- Grilled chicken salad with olive oil and lemon</w:t>
      </w:r>
      <w:r>
        <w:br/>
        <w:t>- Brown rice bowl with veggies and avocado</w:t>
      </w:r>
      <w:r>
        <w:br/>
        <w:t>- Turkey lettuce wraps with hummus and tomato</w:t>
      </w:r>
      <w:r>
        <w:br/>
      </w:r>
      <w:r>
        <w:br/>
        <w:t>Dinner:</w:t>
      </w:r>
      <w:r>
        <w:br/>
        <w:t>- Baked salmon with quinoa and steamed broccoli</w:t>
      </w:r>
      <w:r>
        <w:br/>
        <w:t>- Stir-fry with lean beef and mixed vegetables</w:t>
      </w:r>
      <w:r>
        <w:br/>
        <w:t>- Zucchini noodles with marinara and grilled chicken</w:t>
      </w:r>
    </w:p>
    <w:sectPr w:rsidR="00DB143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43EF74" w14:textId="77777777" w:rsidR="00887E5E" w:rsidRDefault="00887E5E" w:rsidP="009430EA">
      <w:pPr>
        <w:spacing w:after="0" w:line="240" w:lineRule="auto"/>
      </w:pPr>
      <w:r>
        <w:separator/>
      </w:r>
    </w:p>
  </w:endnote>
  <w:endnote w:type="continuationSeparator" w:id="0">
    <w:p w14:paraId="3D0E11AD" w14:textId="77777777" w:rsidR="00887E5E" w:rsidRDefault="00887E5E" w:rsidP="00943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EAF95" w14:textId="77777777" w:rsidR="00887E5E" w:rsidRDefault="00887E5E" w:rsidP="009430EA">
      <w:pPr>
        <w:spacing w:after="0" w:line="240" w:lineRule="auto"/>
      </w:pPr>
      <w:r>
        <w:separator/>
      </w:r>
    </w:p>
  </w:footnote>
  <w:footnote w:type="continuationSeparator" w:id="0">
    <w:p w14:paraId="5DD67232" w14:textId="77777777" w:rsidR="00887E5E" w:rsidRDefault="00887E5E" w:rsidP="009430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76623652">
    <w:abstractNumId w:val="8"/>
  </w:num>
  <w:num w:numId="2" w16cid:durableId="906499078">
    <w:abstractNumId w:val="6"/>
  </w:num>
  <w:num w:numId="3" w16cid:durableId="569190590">
    <w:abstractNumId w:val="5"/>
  </w:num>
  <w:num w:numId="4" w16cid:durableId="410201203">
    <w:abstractNumId w:val="4"/>
  </w:num>
  <w:num w:numId="5" w16cid:durableId="703403813">
    <w:abstractNumId w:val="7"/>
  </w:num>
  <w:num w:numId="6" w16cid:durableId="1209419577">
    <w:abstractNumId w:val="3"/>
  </w:num>
  <w:num w:numId="7" w16cid:durableId="102118178">
    <w:abstractNumId w:val="2"/>
  </w:num>
  <w:num w:numId="8" w16cid:durableId="389429318">
    <w:abstractNumId w:val="1"/>
  </w:num>
  <w:num w:numId="9" w16cid:durableId="621040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14DF0"/>
    <w:rsid w:val="0015074B"/>
    <w:rsid w:val="00155009"/>
    <w:rsid w:val="0023266A"/>
    <w:rsid w:val="0029639D"/>
    <w:rsid w:val="00326F90"/>
    <w:rsid w:val="00583EF9"/>
    <w:rsid w:val="00711F00"/>
    <w:rsid w:val="007A4DF4"/>
    <w:rsid w:val="00864871"/>
    <w:rsid w:val="00887E5E"/>
    <w:rsid w:val="009430EA"/>
    <w:rsid w:val="0097445D"/>
    <w:rsid w:val="009A0831"/>
    <w:rsid w:val="00A66F10"/>
    <w:rsid w:val="00A80934"/>
    <w:rsid w:val="00AA1D8D"/>
    <w:rsid w:val="00AD40D5"/>
    <w:rsid w:val="00B47730"/>
    <w:rsid w:val="00B83A2E"/>
    <w:rsid w:val="00C55BBC"/>
    <w:rsid w:val="00CA2D6D"/>
    <w:rsid w:val="00CB0664"/>
    <w:rsid w:val="00CB1A8D"/>
    <w:rsid w:val="00CB5C55"/>
    <w:rsid w:val="00CC2D20"/>
    <w:rsid w:val="00CD4939"/>
    <w:rsid w:val="00D048A1"/>
    <w:rsid w:val="00DB143B"/>
    <w:rsid w:val="00F608D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8B0D51"/>
  <w14:defaultImageDpi w14:val="300"/>
  <w15:docId w15:val="{4DC2F8B2-8B66-6B43-80BA-DBF98EEDE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18</Pages>
  <Words>2638</Words>
  <Characters>15042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17645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Amilia Honore</cp:lastModifiedBy>
  <cp:revision>22</cp:revision>
  <dcterms:created xsi:type="dcterms:W3CDTF">2025-05-31T15:59:00Z</dcterms:created>
  <dcterms:modified xsi:type="dcterms:W3CDTF">2025-05-31T16:20:00Z</dcterms:modified>
  <cp:category/>
</cp:coreProperties>
</file>